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904" w:rsidRPr="00E96315" w:rsidRDefault="007E2833" w:rsidP="00675983">
      <w:pPr>
        <w:spacing w:after="0"/>
        <w:jc w:val="center"/>
        <w:rPr>
          <w:rFonts w:ascii="Verdana" w:hAnsi="Verdana"/>
          <w:b/>
          <w:szCs w:val="20"/>
          <w:lang w:val="es-CO"/>
        </w:rPr>
      </w:pPr>
      <w:r w:rsidRPr="00E96315">
        <w:rPr>
          <w:rFonts w:ascii="Verdana" w:hAnsi="Verdana"/>
          <w:b/>
          <w:szCs w:val="20"/>
          <w:lang w:val="es-CO"/>
        </w:rPr>
        <w:t>INSTITUCIÓN UNIVERSITARIA</w:t>
      </w:r>
      <w:r w:rsidR="00F7222F" w:rsidRPr="00E96315">
        <w:rPr>
          <w:rFonts w:ascii="Verdana" w:hAnsi="Verdana"/>
          <w:b/>
          <w:szCs w:val="20"/>
          <w:lang w:val="es-CO"/>
        </w:rPr>
        <w:t xml:space="preserve"> </w:t>
      </w:r>
      <w:r w:rsidRPr="00E96315">
        <w:rPr>
          <w:rFonts w:ascii="Verdana" w:hAnsi="Verdana"/>
          <w:b/>
          <w:szCs w:val="20"/>
          <w:lang w:val="es-CO"/>
        </w:rPr>
        <w:t>BEL</w:t>
      </w:r>
      <w:r w:rsidR="00675983" w:rsidRPr="00E96315">
        <w:rPr>
          <w:rFonts w:ascii="Verdana" w:hAnsi="Verdana"/>
          <w:b/>
          <w:szCs w:val="20"/>
          <w:lang w:val="es-CO"/>
        </w:rPr>
        <w:t>LAS ARTES Y CIENCIAS DE BOLÍVAR</w:t>
      </w:r>
    </w:p>
    <w:p w:rsidR="00675983" w:rsidRPr="00E96315" w:rsidRDefault="00675983" w:rsidP="00675983">
      <w:pPr>
        <w:spacing w:after="0"/>
        <w:jc w:val="center"/>
        <w:rPr>
          <w:rFonts w:ascii="Verdana" w:hAnsi="Verdana"/>
          <w:b/>
          <w:szCs w:val="20"/>
          <w:lang w:val="es-CO"/>
        </w:rPr>
      </w:pPr>
      <w:r w:rsidRPr="00E96315">
        <w:rPr>
          <w:rFonts w:ascii="Verdana" w:hAnsi="Verdana"/>
          <w:b/>
          <w:szCs w:val="20"/>
          <w:lang w:val="es-CO"/>
        </w:rPr>
        <w:t>VICERRECTORÍA ACADÉMICA</w:t>
      </w:r>
    </w:p>
    <w:p w:rsidR="00F44904" w:rsidRPr="00E96315" w:rsidRDefault="00675983" w:rsidP="00675983">
      <w:pPr>
        <w:spacing w:after="0"/>
        <w:jc w:val="center"/>
        <w:rPr>
          <w:rFonts w:ascii="Verdana" w:hAnsi="Verdana"/>
          <w:b/>
          <w:szCs w:val="20"/>
          <w:lang w:val="es-CO"/>
        </w:rPr>
      </w:pPr>
      <w:r w:rsidRPr="00E96315">
        <w:rPr>
          <w:rFonts w:ascii="Verdana" w:hAnsi="Verdana"/>
          <w:b/>
          <w:szCs w:val="20"/>
          <w:lang w:val="es-CO"/>
        </w:rPr>
        <w:t>BIENESTAR UNIVERSITARIO</w:t>
      </w:r>
    </w:p>
    <w:p w:rsidR="00675983" w:rsidRPr="00E96315" w:rsidRDefault="00675983" w:rsidP="00675983">
      <w:pPr>
        <w:spacing w:after="0"/>
        <w:jc w:val="center"/>
        <w:rPr>
          <w:rFonts w:ascii="Verdana" w:hAnsi="Verdana"/>
          <w:b/>
          <w:szCs w:val="20"/>
          <w:lang w:val="es-CO"/>
        </w:rPr>
      </w:pPr>
      <w:r w:rsidRPr="00E96315">
        <w:rPr>
          <w:rFonts w:ascii="Verdana" w:hAnsi="Verdana"/>
          <w:b/>
          <w:szCs w:val="20"/>
          <w:lang w:val="es-CO"/>
        </w:rPr>
        <w:t>EGRESADOS</w:t>
      </w:r>
    </w:p>
    <w:p w:rsidR="00675983" w:rsidRPr="00E96315" w:rsidRDefault="00675983" w:rsidP="00675983">
      <w:pPr>
        <w:spacing w:after="0"/>
        <w:jc w:val="center"/>
        <w:rPr>
          <w:rFonts w:ascii="Verdana" w:hAnsi="Verdana"/>
          <w:szCs w:val="20"/>
          <w:lang w:val="es-CO"/>
        </w:rPr>
      </w:pPr>
    </w:p>
    <w:p w:rsidR="00F44904" w:rsidRPr="00E96315" w:rsidRDefault="007E2833">
      <w:pPr>
        <w:jc w:val="center"/>
        <w:rPr>
          <w:rFonts w:ascii="Verdana" w:hAnsi="Verdana"/>
          <w:szCs w:val="20"/>
          <w:lang w:val="es-CO"/>
        </w:rPr>
      </w:pPr>
      <w:r w:rsidRPr="00E96315">
        <w:rPr>
          <w:rFonts w:ascii="Verdana" w:hAnsi="Verdana"/>
          <w:b/>
          <w:szCs w:val="20"/>
          <w:lang w:val="es-CO"/>
        </w:rPr>
        <w:t>FORMATO DE POSTULACIÓN</w:t>
      </w:r>
      <w:r w:rsidRPr="00E96315">
        <w:rPr>
          <w:rFonts w:ascii="Verdana" w:hAnsi="Verdana"/>
          <w:b/>
          <w:szCs w:val="20"/>
          <w:lang w:val="es-CO"/>
        </w:rPr>
        <w:br/>
        <w:t>PREMIO GALARDÓN HUELLA UNIBAC 2026</w:t>
      </w:r>
    </w:p>
    <w:p w:rsidR="00F44904" w:rsidRPr="00E96315" w:rsidRDefault="007E2833">
      <w:pPr>
        <w:jc w:val="center"/>
        <w:rPr>
          <w:rFonts w:ascii="Verdana" w:hAnsi="Verdana"/>
          <w:szCs w:val="20"/>
          <w:lang w:val="es-CO"/>
        </w:rPr>
      </w:pPr>
      <w:r w:rsidRPr="00E96315">
        <w:rPr>
          <w:rFonts w:ascii="Verdana" w:hAnsi="Verdana"/>
          <w:i/>
          <w:szCs w:val="20"/>
          <w:lang w:val="es-CO"/>
        </w:rPr>
        <w:t>En cumplimiento del Acuerdo Académico N</w:t>
      </w:r>
      <w:r w:rsidR="00675983" w:rsidRPr="00E96315">
        <w:rPr>
          <w:rFonts w:ascii="Verdana" w:hAnsi="Verdana"/>
          <w:i/>
          <w:szCs w:val="20"/>
          <w:lang w:val="es-CO"/>
        </w:rPr>
        <w:t xml:space="preserve">o. </w:t>
      </w:r>
      <w:r w:rsidRPr="00E96315">
        <w:rPr>
          <w:rFonts w:ascii="Verdana" w:hAnsi="Verdana"/>
          <w:i/>
          <w:szCs w:val="20"/>
          <w:lang w:val="es-CO"/>
        </w:rPr>
        <w:t>026 de 2026</w:t>
      </w:r>
    </w:p>
    <w:p w:rsidR="00F44904" w:rsidRPr="00E96315" w:rsidRDefault="007E2833">
      <w:pPr>
        <w:spacing w:before="160" w:after="80"/>
        <w:rPr>
          <w:rFonts w:ascii="Verdana" w:hAnsi="Verdana"/>
          <w:szCs w:val="20"/>
          <w:lang w:val="es-CO"/>
        </w:rPr>
      </w:pPr>
      <w:r w:rsidRPr="00E96315">
        <w:rPr>
          <w:rFonts w:ascii="Verdana" w:hAnsi="Verdana"/>
          <w:b/>
          <w:szCs w:val="20"/>
          <w:lang w:val="es-CO"/>
        </w:rPr>
        <w:t>1. MODALIDAD DE POSTULACIÓN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625"/>
        <w:gridCol w:w="6193"/>
      </w:tblGrid>
      <w:tr w:rsidR="00F44904" w:rsidRPr="00E96315" w:rsidTr="00F97D29">
        <w:trPr>
          <w:trHeight w:val="1067"/>
          <w:jc w:val="center"/>
        </w:trPr>
        <w:tc>
          <w:tcPr>
            <w:tcW w:w="3625" w:type="dxa"/>
            <w:shd w:val="clear" w:color="auto" w:fill="F2DBDB" w:themeFill="accent2" w:themeFillTint="33"/>
            <w:vAlign w:val="center"/>
          </w:tcPr>
          <w:p w:rsidR="00F44904" w:rsidRPr="00E96315" w:rsidRDefault="007E2833">
            <w:pPr>
              <w:rPr>
                <w:rFonts w:ascii="Verdana" w:hAnsi="Verdana"/>
                <w:szCs w:val="20"/>
                <w:lang w:val="es-CO"/>
              </w:rPr>
            </w:pPr>
            <w:r w:rsidRPr="00E96315">
              <w:rPr>
                <w:rFonts w:ascii="Verdana" w:hAnsi="Verdana"/>
                <w:b/>
                <w:szCs w:val="20"/>
                <w:lang w:val="es-CO"/>
              </w:rPr>
              <w:t>Marque una opción</w:t>
            </w:r>
          </w:p>
        </w:tc>
        <w:permStart w:id="413297484" w:edGrp="everyone"/>
        <w:tc>
          <w:tcPr>
            <w:tcW w:w="6193" w:type="dxa"/>
            <w:vAlign w:val="center"/>
          </w:tcPr>
          <w:p w:rsidR="00675983" w:rsidRPr="00E96315" w:rsidRDefault="00CD6325">
            <w:pPr>
              <w:rPr>
                <w:rFonts w:ascii="Verdana" w:hAnsi="Verdana"/>
                <w:szCs w:val="20"/>
                <w:lang w:val="es-CO"/>
              </w:rPr>
            </w:pPr>
            <w:sdt>
              <w:sdtPr>
                <w:rPr>
                  <w:rFonts w:ascii="Verdana" w:hAnsi="Verdana"/>
                  <w:szCs w:val="20"/>
                  <w:lang w:val="es-CO"/>
                </w:rPr>
                <w:id w:val="-1157307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315" w:rsidRPr="00E96315">
                  <w:rPr>
                    <w:rFonts w:ascii="MS Gothic" w:eastAsia="MS Gothic" w:hAnsi="MS Gothic" w:hint="eastAsia"/>
                    <w:szCs w:val="20"/>
                    <w:lang w:val="es-CO"/>
                  </w:rPr>
                  <w:t>☐</w:t>
                </w:r>
              </w:sdtContent>
            </w:sdt>
            <w:r w:rsidR="00650D69" w:rsidRPr="00E96315">
              <w:rPr>
                <w:rFonts w:ascii="Verdana" w:hAnsi="Verdana"/>
                <w:szCs w:val="20"/>
                <w:lang w:val="es-CO"/>
              </w:rPr>
              <w:t xml:space="preserve"> </w:t>
            </w:r>
            <w:permEnd w:id="413297484"/>
            <w:r w:rsidR="007E2833" w:rsidRPr="00E96315">
              <w:rPr>
                <w:rFonts w:ascii="Verdana" w:hAnsi="Verdana"/>
                <w:szCs w:val="20"/>
                <w:lang w:val="es-CO"/>
              </w:rPr>
              <w:t xml:space="preserve">Autopostulación   </w:t>
            </w:r>
          </w:p>
          <w:permStart w:id="391718741" w:edGrp="everyone"/>
          <w:p w:rsidR="00F44904" w:rsidRPr="00E96315" w:rsidRDefault="00CD6325">
            <w:pPr>
              <w:rPr>
                <w:rFonts w:ascii="Verdana" w:hAnsi="Verdana"/>
                <w:szCs w:val="20"/>
                <w:lang w:val="es-CO"/>
              </w:rPr>
            </w:pPr>
            <w:sdt>
              <w:sdtPr>
                <w:rPr>
                  <w:rFonts w:ascii="Verdana" w:hAnsi="Verdana"/>
                  <w:szCs w:val="20"/>
                  <w:lang w:val="es-CO"/>
                </w:rPr>
                <w:id w:val="-545147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0D69" w:rsidRPr="00E96315">
                  <w:rPr>
                    <w:rFonts w:ascii="MS Gothic" w:eastAsia="MS Gothic" w:hAnsi="MS Gothic"/>
                    <w:szCs w:val="20"/>
                    <w:lang w:val="es-CO"/>
                  </w:rPr>
                  <w:t>☐</w:t>
                </w:r>
              </w:sdtContent>
            </w:sdt>
            <w:r w:rsidR="00650D69" w:rsidRPr="00E96315">
              <w:rPr>
                <w:rFonts w:ascii="Verdana" w:hAnsi="Verdana"/>
                <w:szCs w:val="20"/>
                <w:lang w:val="es-CO"/>
              </w:rPr>
              <w:t xml:space="preserve"> </w:t>
            </w:r>
            <w:permEnd w:id="391718741"/>
            <w:r w:rsidR="007E2833" w:rsidRPr="00E96315">
              <w:rPr>
                <w:rFonts w:ascii="Verdana" w:hAnsi="Verdana"/>
                <w:szCs w:val="20"/>
                <w:lang w:val="es-CO"/>
              </w:rPr>
              <w:t>Postulaci</w:t>
            </w:r>
            <w:r w:rsidR="007E2833" w:rsidRPr="00E96315">
              <w:rPr>
                <w:rFonts w:ascii="Verdana" w:hAnsi="Verdana" w:cs="Verdana"/>
                <w:szCs w:val="20"/>
                <w:lang w:val="es-CO"/>
              </w:rPr>
              <w:t>ó</w:t>
            </w:r>
            <w:r w:rsidR="007E2833" w:rsidRPr="00E96315">
              <w:rPr>
                <w:rFonts w:ascii="Verdana" w:hAnsi="Verdana"/>
                <w:szCs w:val="20"/>
                <w:lang w:val="es-CO"/>
              </w:rPr>
              <w:t>n por otro egresado</w:t>
            </w:r>
          </w:p>
        </w:tc>
      </w:tr>
      <w:tr w:rsidR="00F44904" w:rsidRPr="00E96315" w:rsidTr="00F97D29">
        <w:trPr>
          <w:trHeight w:val="1602"/>
          <w:jc w:val="center"/>
        </w:trPr>
        <w:tc>
          <w:tcPr>
            <w:tcW w:w="3625" w:type="dxa"/>
            <w:shd w:val="clear" w:color="auto" w:fill="F2DBDB" w:themeFill="accent2" w:themeFillTint="33"/>
            <w:vAlign w:val="center"/>
          </w:tcPr>
          <w:p w:rsidR="00F44904" w:rsidRPr="00E96315" w:rsidRDefault="007E2833">
            <w:pPr>
              <w:rPr>
                <w:rFonts w:ascii="Verdana" w:hAnsi="Verdana"/>
                <w:szCs w:val="20"/>
                <w:lang w:val="es-CO"/>
              </w:rPr>
            </w:pPr>
            <w:r w:rsidRPr="00E96315">
              <w:rPr>
                <w:rFonts w:ascii="Verdana" w:hAnsi="Verdana"/>
                <w:b/>
                <w:szCs w:val="20"/>
                <w:lang w:val="es-CO"/>
              </w:rPr>
              <w:t>Programa académico por el cual concursa</w:t>
            </w:r>
            <w:r w:rsidR="00BD6B77" w:rsidRPr="00E96315">
              <w:rPr>
                <w:rFonts w:ascii="Verdana" w:hAnsi="Verdana"/>
                <w:b/>
                <w:szCs w:val="20"/>
                <w:lang w:val="es-CO"/>
              </w:rPr>
              <w:t xml:space="preserve"> o postula</w:t>
            </w:r>
          </w:p>
        </w:tc>
        <w:tc>
          <w:tcPr>
            <w:tcW w:w="6193" w:type="dxa"/>
            <w:vAlign w:val="center"/>
          </w:tcPr>
          <w:p w:rsidR="00BD6B77" w:rsidRPr="00E96315" w:rsidRDefault="00BD6B77" w:rsidP="00650D69">
            <w:pPr>
              <w:rPr>
                <w:rFonts w:ascii="Verdana" w:hAnsi="Verdana"/>
                <w:szCs w:val="20"/>
                <w:lang w:val="es-CO"/>
              </w:rPr>
            </w:pPr>
          </w:p>
          <w:permStart w:id="1570400278" w:edGrp="everyone"/>
          <w:p w:rsidR="00650D69" w:rsidRPr="00E96315" w:rsidRDefault="00CD6325" w:rsidP="00650D69">
            <w:pPr>
              <w:rPr>
                <w:rFonts w:ascii="Verdana" w:hAnsi="Verdana"/>
                <w:szCs w:val="20"/>
                <w:lang w:val="es-CO"/>
              </w:rPr>
            </w:pPr>
            <w:sdt>
              <w:sdtPr>
                <w:rPr>
                  <w:rFonts w:ascii="Verdana" w:hAnsi="Verdana"/>
                  <w:szCs w:val="20"/>
                  <w:lang w:val="es-CO"/>
                </w:rPr>
                <w:id w:val="-1801516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5A1A">
                  <w:rPr>
                    <w:rFonts w:ascii="MS Gothic" w:eastAsia="MS Gothic" w:hAnsi="MS Gothic" w:hint="eastAsia"/>
                    <w:szCs w:val="20"/>
                    <w:lang w:val="es-CO"/>
                  </w:rPr>
                  <w:t>☐</w:t>
                </w:r>
              </w:sdtContent>
            </w:sdt>
            <w:r w:rsidR="00650D69" w:rsidRPr="00E96315">
              <w:rPr>
                <w:rFonts w:ascii="Verdana" w:hAnsi="Verdana"/>
                <w:szCs w:val="20"/>
                <w:lang w:val="es-CO"/>
              </w:rPr>
              <w:t xml:space="preserve"> </w:t>
            </w:r>
            <w:permEnd w:id="1570400278"/>
            <w:r w:rsidR="00650D69" w:rsidRPr="00E96315">
              <w:rPr>
                <w:rFonts w:ascii="Verdana" w:hAnsi="Verdana"/>
                <w:szCs w:val="20"/>
                <w:lang w:val="es-CO"/>
              </w:rPr>
              <w:t>M</w:t>
            </w:r>
            <w:r w:rsidR="00650D69" w:rsidRPr="00E96315">
              <w:rPr>
                <w:rFonts w:ascii="Verdana" w:hAnsi="Verdana" w:cs="Verdana"/>
                <w:szCs w:val="20"/>
                <w:lang w:val="es-CO"/>
              </w:rPr>
              <w:t>ú</w:t>
            </w:r>
            <w:r w:rsidR="00650D69" w:rsidRPr="00E96315">
              <w:rPr>
                <w:rFonts w:ascii="Verdana" w:hAnsi="Verdana"/>
                <w:szCs w:val="20"/>
                <w:lang w:val="es-CO"/>
              </w:rPr>
              <w:t xml:space="preserve">sica  </w:t>
            </w:r>
          </w:p>
          <w:permStart w:id="474362339" w:edGrp="everyone"/>
          <w:p w:rsidR="00675983" w:rsidRPr="00E96315" w:rsidRDefault="00CD6325">
            <w:pPr>
              <w:rPr>
                <w:rFonts w:ascii="Verdana" w:hAnsi="Verdana"/>
                <w:szCs w:val="20"/>
                <w:lang w:val="es-CO"/>
              </w:rPr>
            </w:pPr>
            <w:sdt>
              <w:sdtPr>
                <w:rPr>
                  <w:rFonts w:ascii="Segoe UI Symbol" w:hAnsi="Segoe UI Symbol" w:cs="Segoe UI Symbol"/>
                  <w:szCs w:val="20"/>
                  <w:lang w:val="es-CO"/>
                </w:rPr>
                <w:id w:val="-1476129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0D69" w:rsidRPr="00E96315">
                  <w:rPr>
                    <w:rFonts w:ascii="MS Gothic" w:eastAsia="MS Gothic" w:hAnsi="MS Gothic" w:cs="Segoe UI Symbol"/>
                    <w:szCs w:val="20"/>
                    <w:lang w:val="es-CO"/>
                  </w:rPr>
                  <w:t>☐</w:t>
                </w:r>
              </w:sdtContent>
            </w:sdt>
            <w:r w:rsidR="00650D69" w:rsidRPr="00E96315">
              <w:rPr>
                <w:rFonts w:ascii="Segoe UI Symbol" w:hAnsi="Segoe UI Symbol" w:cs="Segoe UI Symbol"/>
                <w:szCs w:val="20"/>
                <w:lang w:val="es-CO"/>
              </w:rPr>
              <w:t xml:space="preserve"> </w:t>
            </w:r>
            <w:permEnd w:id="474362339"/>
            <w:r w:rsidR="007E2833" w:rsidRPr="00E96315">
              <w:rPr>
                <w:rFonts w:ascii="Verdana" w:hAnsi="Verdana"/>
                <w:szCs w:val="20"/>
                <w:lang w:val="es-CO"/>
              </w:rPr>
              <w:t xml:space="preserve">Artes Escénicas   </w:t>
            </w:r>
          </w:p>
          <w:permStart w:id="1542676441" w:edGrp="everyone"/>
          <w:p w:rsidR="00650D69" w:rsidRPr="00E96315" w:rsidRDefault="00CD6325">
            <w:pPr>
              <w:rPr>
                <w:rFonts w:ascii="Verdana" w:hAnsi="Verdana"/>
                <w:szCs w:val="20"/>
                <w:lang w:val="es-CO"/>
              </w:rPr>
            </w:pPr>
            <w:sdt>
              <w:sdtPr>
                <w:rPr>
                  <w:rFonts w:ascii="Verdana" w:hAnsi="Verdana"/>
                  <w:szCs w:val="20"/>
                  <w:lang w:val="es-CO"/>
                </w:rPr>
                <w:id w:val="59372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0D69" w:rsidRPr="00E96315">
                  <w:rPr>
                    <w:rFonts w:ascii="MS Gothic" w:eastAsia="MS Gothic" w:hAnsi="MS Gothic"/>
                    <w:szCs w:val="20"/>
                    <w:lang w:val="es-CO"/>
                  </w:rPr>
                  <w:t>☐</w:t>
                </w:r>
              </w:sdtContent>
            </w:sdt>
            <w:r w:rsidR="00650D69" w:rsidRPr="00E96315">
              <w:rPr>
                <w:rFonts w:ascii="Verdana" w:hAnsi="Verdana"/>
                <w:szCs w:val="20"/>
                <w:lang w:val="es-CO"/>
              </w:rPr>
              <w:t xml:space="preserve"> </w:t>
            </w:r>
            <w:permEnd w:id="1542676441"/>
            <w:r w:rsidR="007E2833" w:rsidRPr="00E96315">
              <w:rPr>
                <w:rFonts w:ascii="Verdana" w:hAnsi="Verdana"/>
                <w:szCs w:val="20"/>
                <w:lang w:val="es-CO"/>
              </w:rPr>
              <w:t>Artes Pl</w:t>
            </w:r>
            <w:r w:rsidR="007E2833" w:rsidRPr="00E96315">
              <w:rPr>
                <w:rFonts w:ascii="Verdana" w:hAnsi="Verdana" w:cs="Verdana"/>
                <w:szCs w:val="20"/>
                <w:lang w:val="es-CO"/>
              </w:rPr>
              <w:t>á</w:t>
            </w:r>
            <w:r w:rsidR="007E2833" w:rsidRPr="00E96315">
              <w:rPr>
                <w:rFonts w:ascii="Verdana" w:hAnsi="Verdana"/>
                <w:szCs w:val="20"/>
                <w:lang w:val="es-CO"/>
              </w:rPr>
              <w:t>sticas</w:t>
            </w:r>
          </w:p>
          <w:permStart w:id="436353438" w:edGrp="everyone"/>
          <w:p w:rsidR="00650D69" w:rsidRPr="00E96315" w:rsidRDefault="00CD6325">
            <w:pPr>
              <w:rPr>
                <w:rFonts w:ascii="Verdana" w:hAnsi="Verdana"/>
                <w:szCs w:val="20"/>
                <w:lang w:val="es-CO"/>
              </w:rPr>
            </w:pPr>
            <w:sdt>
              <w:sdtPr>
                <w:rPr>
                  <w:rFonts w:ascii="Verdana" w:hAnsi="Verdana"/>
                  <w:szCs w:val="20"/>
                  <w:lang w:val="es-CO"/>
                </w:rPr>
                <w:id w:val="657113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0D69" w:rsidRPr="00E96315">
                  <w:rPr>
                    <w:rFonts w:ascii="MS Gothic" w:eastAsia="MS Gothic" w:hAnsi="MS Gothic"/>
                    <w:szCs w:val="20"/>
                    <w:lang w:val="es-CO"/>
                  </w:rPr>
                  <w:t>☐</w:t>
                </w:r>
              </w:sdtContent>
            </w:sdt>
            <w:r w:rsidR="00650D69" w:rsidRPr="00E96315">
              <w:rPr>
                <w:rFonts w:ascii="Verdana" w:hAnsi="Verdana"/>
                <w:szCs w:val="20"/>
                <w:lang w:val="es-CO"/>
              </w:rPr>
              <w:t xml:space="preserve"> </w:t>
            </w:r>
            <w:permEnd w:id="436353438"/>
            <w:r w:rsidR="007E2833" w:rsidRPr="00E96315">
              <w:rPr>
                <w:rFonts w:ascii="Verdana" w:hAnsi="Verdana"/>
                <w:szCs w:val="20"/>
                <w:lang w:val="es-CO"/>
              </w:rPr>
              <w:t>Dise</w:t>
            </w:r>
            <w:r w:rsidR="007E2833" w:rsidRPr="00E96315">
              <w:rPr>
                <w:rFonts w:ascii="Verdana" w:hAnsi="Verdana" w:cs="Verdana"/>
                <w:szCs w:val="20"/>
                <w:lang w:val="es-CO"/>
              </w:rPr>
              <w:t>ñ</w:t>
            </w:r>
            <w:r w:rsidR="007E2833" w:rsidRPr="00E96315">
              <w:rPr>
                <w:rFonts w:ascii="Verdana" w:hAnsi="Verdana"/>
                <w:szCs w:val="20"/>
                <w:lang w:val="es-CO"/>
              </w:rPr>
              <w:t>o Gr</w:t>
            </w:r>
            <w:r w:rsidR="007E2833" w:rsidRPr="00E96315">
              <w:rPr>
                <w:rFonts w:ascii="Verdana" w:hAnsi="Verdana" w:cs="Verdana"/>
                <w:szCs w:val="20"/>
                <w:lang w:val="es-CO"/>
              </w:rPr>
              <w:t>á</w:t>
            </w:r>
            <w:r w:rsidR="007E2833" w:rsidRPr="00E96315">
              <w:rPr>
                <w:rFonts w:ascii="Verdana" w:hAnsi="Verdana"/>
                <w:szCs w:val="20"/>
                <w:lang w:val="es-CO"/>
              </w:rPr>
              <w:t xml:space="preserve">fico   </w:t>
            </w:r>
          </w:p>
          <w:permStart w:id="15499068" w:edGrp="everyone"/>
          <w:p w:rsidR="00650D69" w:rsidRPr="00E96315" w:rsidRDefault="00CD6325">
            <w:pPr>
              <w:rPr>
                <w:rFonts w:ascii="Verdana" w:hAnsi="Verdana"/>
                <w:szCs w:val="20"/>
                <w:lang w:val="es-CO"/>
              </w:rPr>
            </w:pPr>
            <w:sdt>
              <w:sdtPr>
                <w:rPr>
                  <w:rFonts w:ascii="Verdana" w:hAnsi="Verdana"/>
                  <w:szCs w:val="20"/>
                  <w:lang w:val="es-CO"/>
                </w:rPr>
                <w:id w:val="-91900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0D69" w:rsidRPr="00E96315">
                  <w:rPr>
                    <w:rFonts w:ascii="MS Gothic" w:eastAsia="MS Gothic" w:hAnsi="MS Gothic"/>
                    <w:szCs w:val="20"/>
                    <w:lang w:val="es-CO"/>
                  </w:rPr>
                  <w:t>☐</w:t>
                </w:r>
              </w:sdtContent>
            </w:sdt>
            <w:r w:rsidR="00650D69" w:rsidRPr="00E96315">
              <w:rPr>
                <w:rFonts w:ascii="Verdana" w:hAnsi="Verdana"/>
                <w:szCs w:val="20"/>
                <w:lang w:val="es-CO"/>
              </w:rPr>
              <w:t xml:space="preserve"> </w:t>
            </w:r>
            <w:permEnd w:id="15499068"/>
            <w:r w:rsidR="007E2833" w:rsidRPr="00E96315">
              <w:rPr>
                <w:rFonts w:ascii="Verdana" w:hAnsi="Verdana"/>
                <w:szCs w:val="20"/>
                <w:lang w:val="es-CO"/>
              </w:rPr>
              <w:t>Dise</w:t>
            </w:r>
            <w:r w:rsidR="007E2833" w:rsidRPr="00E96315">
              <w:rPr>
                <w:rFonts w:ascii="Verdana" w:hAnsi="Verdana" w:cs="Verdana"/>
                <w:szCs w:val="20"/>
                <w:lang w:val="es-CO"/>
              </w:rPr>
              <w:t>ñ</w:t>
            </w:r>
            <w:r w:rsidR="007E2833" w:rsidRPr="00E96315">
              <w:rPr>
                <w:rFonts w:ascii="Verdana" w:hAnsi="Verdana"/>
                <w:szCs w:val="20"/>
                <w:lang w:val="es-CO"/>
              </w:rPr>
              <w:t>o Industrial</w:t>
            </w:r>
          </w:p>
          <w:permStart w:id="1754796825" w:edGrp="everyone"/>
          <w:p w:rsidR="00F44904" w:rsidRPr="00E96315" w:rsidRDefault="00CD6325">
            <w:pPr>
              <w:rPr>
                <w:rFonts w:ascii="Verdana" w:hAnsi="Verdana"/>
                <w:szCs w:val="20"/>
                <w:lang w:val="es-CO"/>
              </w:rPr>
            </w:pPr>
            <w:sdt>
              <w:sdtPr>
                <w:rPr>
                  <w:rFonts w:ascii="Verdana" w:hAnsi="Verdana"/>
                  <w:szCs w:val="20"/>
                  <w:lang w:val="es-CO"/>
                </w:rPr>
                <w:id w:val="-276255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0D69" w:rsidRPr="00E96315">
                  <w:rPr>
                    <w:rFonts w:ascii="MS Gothic" w:eastAsia="MS Gothic" w:hAnsi="MS Gothic"/>
                    <w:szCs w:val="20"/>
                    <w:lang w:val="es-CO"/>
                  </w:rPr>
                  <w:t>☐</w:t>
                </w:r>
              </w:sdtContent>
            </w:sdt>
            <w:r w:rsidR="00650D69" w:rsidRPr="00E96315">
              <w:rPr>
                <w:rFonts w:ascii="Verdana" w:hAnsi="Verdana"/>
                <w:szCs w:val="20"/>
                <w:lang w:val="es-CO"/>
              </w:rPr>
              <w:t xml:space="preserve"> </w:t>
            </w:r>
            <w:permEnd w:id="1754796825"/>
            <w:r w:rsidR="00650D69" w:rsidRPr="00E96315">
              <w:rPr>
                <w:rFonts w:ascii="Verdana" w:hAnsi="Verdana"/>
                <w:szCs w:val="20"/>
                <w:lang w:val="es-CO"/>
              </w:rPr>
              <w:t>Comunicaci</w:t>
            </w:r>
            <w:r w:rsidR="00650D69" w:rsidRPr="00E96315">
              <w:rPr>
                <w:rFonts w:ascii="Verdana" w:hAnsi="Verdana" w:cs="Verdana"/>
                <w:szCs w:val="20"/>
                <w:lang w:val="es-CO"/>
              </w:rPr>
              <w:t>ó</w:t>
            </w:r>
            <w:r w:rsidR="00650D69" w:rsidRPr="00E96315">
              <w:rPr>
                <w:rFonts w:ascii="Verdana" w:hAnsi="Verdana"/>
                <w:szCs w:val="20"/>
                <w:lang w:val="es-CO"/>
              </w:rPr>
              <w:t>n Audiovisual</w:t>
            </w:r>
          </w:p>
          <w:p w:rsidR="00BD6B77" w:rsidRPr="00E96315" w:rsidRDefault="00BD6B77">
            <w:pPr>
              <w:rPr>
                <w:rFonts w:ascii="Verdana" w:hAnsi="Verdana"/>
                <w:szCs w:val="20"/>
                <w:lang w:val="es-CO"/>
              </w:rPr>
            </w:pPr>
          </w:p>
        </w:tc>
      </w:tr>
    </w:tbl>
    <w:p w:rsidR="00F44904" w:rsidRPr="00E96315" w:rsidRDefault="007E2833">
      <w:pPr>
        <w:spacing w:before="160" w:after="80"/>
        <w:rPr>
          <w:rFonts w:ascii="Verdana" w:hAnsi="Verdana"/>
          <w:szCs w:val="20"/>
          <w:lang w:val="es-CO"/>
        </w:rPr>
      </w:pPr>
      <w:r w:rsidRPr="00E96315">
        <w:rPr>
          <w:rFonts w:ascii="Verdana" w:hAnsi="Verdana"/>
          <w:b/>
          <w:szCs w:val="20"/>
          <w:lang w:val="es-CO"/>
        </w:rPr>
        <w:t>2. DATOS DEL EGRESADO POSTULADO</w:t>
      </w:r>
    </w:p>
    <w:tbl>
      <w:tblPr>
        <w:tblStyle w:val="Tablaconcuadrcula"/>
        <w:tblW w:w="0" w:type="auto"/>
        <w:tblInd w:w="250" w:type="dxa"/>
        <w:tblLook w:val="04A0" w:firstRow="1" w:lastRow="0" w:firstColumn="1" w:lastColumn="0" w:noHBand="0" w:noVBand="1"/>
      </w:tblPr>
      <w:tblGrid>
        <w:gridCol w:w="3748"/>
        <w:gridCol w:w="6197"/>
      </w:tblGrid>
      <w:tr w:rsidR="00F44904" w:rsidRPr="00E96315" w:rsidTr="00BD6B77">
        <w:trPr>
          <w:trHeight w:val="473"/>
        </w:trPr>
        <w:tc>
          <w:tcPr>
            <w:tcW w:w="3748" w:type="dxa"/>
            <w:shd w:val="clear" w:color="auto" w:fill="F2DBDB" w:themeFill="accent2" w:themeFillTint="33"/>
            <w:vAlign w:val="center"/>
          </w:tcPr>
          <w:p w:rsidR="00F44904" w:rsidRPr="00E96315" w:rsidRDefault="007E2833">
            <w:pPr>
              <w:rPr>
                <w:rFonts w:ascii="Verdana" w:hAnsi="Verdana"/>
                <w:szCs w:val="20"/>
                <w:lang w:val="es-CO"/>
              </w:rPr>
            </w:pPr>
            <w:permStart w:id="1494176228" w:edGrp="everyone" w:colFirst="1" w:colLast="1"/>
            <w:r w:rsidRPr="00E96315">
              <w:rPr>
                <w:rFonts w:ascii="Verdana" w:hAnsi="Verdana"/>
                <w:b/>
                <w:szCs w:val="20"/>
                <w:lang w:val="es-CO"/>
              </w:rPr>
              <w:t>Nombres y apellidos</w:t>
            </w:r>
          </w:p>
        </w:tc>
        <w:tc>
          <w:tcPr>
            <w:tcW w:w="6197" w:type="dxa"/>
            <w:vAlign w:val="center"/>
          </w:tcPr>
          <w:p w:rsidR="00F44904" w:rsidRPr="00E96315" w:rsidRDefault="00F44904">
            <w:pPr>
              <w:rPr>
                <w:rFonts w:ascii="Verdana" w:hAnsi="Verdana"/>
                <w:szCs w:val="20"/>
                <w:lang w:val="es-CO"/>
              </w:rPr>
            </w:pPr>
          </w:p>
        </w:tc>
      </w:tr>
      <w:tr w:rsidR="00F44904" w:rsidRPr="00E96315" w:rsidTr="00BD6B77">
        <w:trPr>
          <w:trHeight w:val="450"/>
        </w:trPr>
        <w:tc>
          <w:tcPr>
            <w:tcW w:w="3748" w:type="dxa"/>
            <w:shd w:val="clear" w:color="auto" w:fill="F2DBDB" w:themeFill="accent2" w:themeFillTint="33"/>
            <w:vAlign w:val="center"/>
          </w:tcPr>
          <w:p w:rsidR="00F44904" w:rsidRPr="00E96315" w:rsidRDefault="007E2833">
            <w:pPr>
              <w:rPr>
                <w:rFonts w:ascii="Verdana" w:hAnsi="Verdana"/>
                <w:szCs w:val="20"/>
                <w:lang w:val="es-CO"/>
              </w:rPr>
            </w:pPr>
            <w:permStart w:id="922513463" w:edGrp="everyone" w:colFirst="1" w:colLast="1"/>
            <w:permEnd w:id="1494176228"/>
            <w:r w:rsidRPr="00E96315">
              <w:rPr>
                <w:rFonts w:ascii="Verdana" w:hAnsi="Verdana"/>
                <w:b/>
                <w:szCs w:val="20"/>
                <w:lang w:val="es-CO"/>
              </w:rPr>
              <w:t>Tipo y número de documento</w:t>
            </w:r>
          </w:p>
        </w:tc>
        <w:tc>
          <w:tcPr>
            <w:tcW w:w="6197" w:type="dxa"/>
            <w:vAlign w:val="center"/>
          </w:tcPr>
          <w:p w:rsidR="00F44904" w:rsidRPr="00E96315" w:rsidRDefault="00F44904" w:rsidP="00F97D29">
            <w:pPr>
              <w:rPr>
                <w:rFonts w:ascii="Verdana" w:hAnsi="Verdana"/>
                <w:szCs w:val="20"/>
                <w:lang w:val="es-CO"/>
              </w:rPr>
            </w:pPr>
          </w:p>
        </w:tc>
      </w:tr>
      <w:tr w:rsidR="00F44904" w:rsidRPr="00E96315" w:rsidTr="00BD6B77">
        <w:trPr>
          <w:trHeight w:val="457"/>
        </w:trPr>
        <w:tc>
          <w:tcPr>
            <w:tcW w:w="3748" w:type="dxa"/>
            <w:shd w:val="clear" w:color="auto" w:fill="F2DBDB" w:themeFill="accent2" w:themeFillTint="33"/>
            <w:vAlign w:val="center"/>
          </w:tcPr>
          <w:p w:rsidR="00F44904" w:rsidRPr="00E96315" w:rsidRDefault="007E2833">
            <w:pPr>
              <w:rPr>
                <w:rFonts w:ascii="Verdana" w:hAnsi="Verdana"/>
                <w:szCs w:val="20"/>
                <w:lang w:val="es-CO"/>
              </w:rPr>
            </w:pPr>
            <w:permStart w:id="1709510412" w:edGrp="everyone" w:colFirst="1" w:colLast="1"/>
            <w:permEnd w:id="922513463"/>
            <w:r w:rsidRPr="00E96315">
              <w:rPr>
                <w:rFonts w:ascii="Verdana" w:hAnsi="Verdana"/>
                <w:b/>
                <w:szCs w:val="20"/>
                <w:lang w:val="es-CO"/>
              </w:rPr>
              <w:t>Año de graduación</w:t>
            </w:r>
          </w:p>
        </w:tc>
        <w:tc>
          <w:tcPr>
            <w:tcW w:w="6197" w:type="dxa"/>
            <w:vAlign w:val="center"/>
          </w:tcPr>
          <w:p w:rsidR="00F44904" w:rsidRPr="00E96315" w:rsidRDefault="00F44904">
            <w:pPr>
              <w:rPr>
                <w:rFonts w:ascii="Verdana" w:hAnsi="Verdana"/>
                <w:szCs w:val="20"/>
                <w:lang w:val="es-CO"/>
              </w:rPr>
            </w:pPr>
          </w:p>
        </w:tc>
      </w:tr>
      <w:tr w:rsidR="00F44904" w:rsidRPr="00E96315" w:rsidTr="00BD6B77">
        <w:trPr>
          <w:trHeight w:val="463"/>
        </w:trPr>
        <w:tc>
          <w:tcPr>
            <w:tcW w:w="3748" w:type="dxa"/>
            <w:shd w:val="clear" w:color="auto" w:fill="F2DBDB" w:themeFill="accent2" w:themeFillTint="33"/>
            <w:vAlign w:val="center"/>
          </w:tcPr>
          <w:p w:rsidR="00F44904" w:rsidRPr="00E96315" w:rsidRDefault="007E2833">
            <w:pPr>
              <w:rPr>
                <w:rFonts w:ascii="Verdana" w:hAnsi="Verdana"/>
                <w:szCs w:val="20"/>
                <w:lang w:val="es-CO"/>
              </w:rPr>
            </w:pPr>
            <w:permStart w:id="511462412" w:edGrp="everyone" w:colFirst="1" w:colLast="1"/>
            <w:permEnd w:id="1709510412"/>
            <w:r w:rsidRPr="00E96315">
              <w:rPr>
                <w:rFonts w:ascii="Verdana" w:hAnsi="Verdana"/>
                <w:b/>
                <w:szCs w:val="20"/>
                <w:lang w:val="es-CO"/>
              </w:rPr>
              <w:t>Correo electrónico</w:t>
            </w:r>
          </w:p>
        </w:tc>
        <w:tc>
          <w:tcPr>
            <w:tcW w:w="6197" w:type="dxa"/>
            <w:vAlign w:val="center"/>
          </w:tcPr>
          <w:p w:rsidR="00F44904" w:rsidRPr="00E96315" w:rsidRDefault="00F44904">
            <w:pPr>
              <w:rPr>
                <w:rFonts w:ascii="Verdana" w:hAnsi="Verdana"/>
                <w:szCs w:val="20"/>
                <w:lang w:val="es-CO"/>
              </w:rPr>
            </w:pPr>
          </w:p>
        </w:tc>
      </w:tr>
      <w:tr w:rsidR="00F44904" w:rsidRPr="00E96315" w:rsidTr="00BD6B77">
        <w:trPr>
          <w:trHeight w:val="453"/>
        </w:trPr>
        <w:tc>
          <w:tcPr>
            <w:tcW w:w="3748" w:type="dxa"/>
            <w:shd w:val="clear" w:color="auto" w:fill="F2DBDB" w:themeFill="accent2" w:themeFillTint="33"/>
            <w:vAlign w:val="center"/>
          </w:tcPr>
          <w:p w:rsidR="00F44904" w:rsidRPr="00E96315" w:rsidRDefault="007E2833">
            <w:pPr>
              <w:rPr>
                <w:rFonts w:ascii="Verdana" w:hAnsi="Verdana"/>
                <w:szCs w:val="20"/>
                <w:lang w:val="es-CO"/>
              </w:rPr>
            </w:pPr>
            <w:permStart w:id="270803049" w:edGrp="everyone" w:colFirst="1" w:colLast="1"/>
            <w:permEnd w:id="511462412"/>
            <w:r w:rsidRPr="00E96315">
              <w:rPr>
                <w:rFonts w:ascii="Verdana" w:hAnsi="Verdana"/>
                <w:b/>
                <w:szCs w:val="20"/>
                <w:lang w:val="es-CO"/>
              </w:rPr>
              <w:t>Teléfono / celular</w:t>
            </w:r>
          </w:p>
        </w:tc>
        <w:tc>
          <w:tcPr>
            <w:tcW w:w="6197" w:type="dxa"/>
            <w:vAlign w:val="center"/>
          </w:tcPr>
          <w:p w:rsidR="00F44904" w:rsidRPr="00E96315" w:rsidRDefault="00F44904">
            <w:pPr>
              <w:rPr>
                <w:rFonts w:ascii="Verdana" w:hAnsi="Verdana"/>
                <w:szCs w:val="20"/>
                <w:lang w:val="es-CO"/>
              </w:rPr>
            </w:pPr>
          </w:p>
        </w:tc>
      </w:tr>
      <w:tr w:rsidR="00F44904" w:rsidRPr="00E96315" w:rsidTr="00BD6B77">
        <w:trPr>
          <w:trHeight w:val="460"/>
        </w:trPr>
        <w:tc>
          <w:tcPr>
            <w:tcW w:w="3748" w:type="dxa"/>
            <w:shd w:val="clear" w:color="auto" w:fill="F2DBDB" w:themeFill="accent2" w:themeFillTint="33"/>
            <w:vAlign w:val="center"/>
          </w:tcPr>
          <w:p w:rsidR="00F44904" w:rsidRPr="00E96315" w:rsidRDefault="007E2833">
            <w:pPr>
              <w:rPr>
                <w:rFonts w:ascii="Verdana" w:hAnsi="Verdana"/>
                <w:szCs w:val="20"/>
                <w:lang w:val="es-CO"/>
              </w:rPr>
            </w:pPr>
            <w:permStart w:id="807755276" w:edGrp="everyone" w:colFirst="1" w:colLast="1"/>
            <w:permEnd w:id="270803049"/>
            <w:r w:rsidRPr="00E96315">
              <w:rPr>
                <w:rFonts w:ascii="Verdana" w:hAnsi="Verdana"/>
                <w:b/>
                <w:szCs w:val="20"/>
                <w:lang w:val="es-CO"/>
              </w:rPr>
              <w:t>Ciudad / lugar de residencia</w:t>
            </w:r>
          </w:p>
        </w:tc>
        <w:tc>
          <w:tcPr>
            <w:tcW w:w="6197" w:type="dxa"/>
            <w:vAlign w:val="center"/>
          </w:tcPr>
          <w:p w:rsidR="00F44904" w:rsidRPr="00E96315" w:rsidRDefault="00F44904">
            <w:pPr>
              <w:rPr>
                <w:rFonts w:ascii="Verdana" w:hAnsi="Verdana"/>
                <w:szCs w:val="20"/>
                <w:lang w:val="es-CO"/>
              </w:rPr>
            </w:pPr>
          </w:p>
        </w:tc>
      </w:tr>
      <w:tr w:rsidR="00F44904" w:rsidRPr="00E96315" w:rsidTr="00BD6B77">
        <w:trPr>
          <w:trHeight w:val="306"/>
        </w:trPr>
        <w:tc>
          <w:tcPr>
            <w:tcW w:w="3748" w:type="dxa"/>
            <w:shd w:val="clear" w:color="auto" w:fill="F2DBDB" w:themeFill="accent2" w:themeFillTint="33"/>
            <w:vAlign w:val="center"/>
          </w:tcPr>
          <w:p w:rsidR="00F44904" w:rsidRPr="00E96315" w:rsidRDefault="007E2833">
            <w:pPr>
              <w:rPr>
                <w:rFonts w:ascii="Verdana" w:hAnsi="Verdana"/>
                <w:szCs w:val="20"/>
                <w:lang w:val="es-CO"/>
              </w:rPr>
            </w:pPr>
            <w:permStart w:id="1096494257" w:edGrp="everyone" w:colFirst="1" w:colLast="1"/>
            <w:permEnd w:id="807755276"/>
            <w:r w:rsidRPr="00E96315">
              <w:rPr>
                <w:rFonts w:ascii="Verdana" w:hAnsi="Verdana"/>
                <w:b/>
                <w:szCs w:val="20"/>
                <w:lang w:val="es-CO"/>
              </w:rPr>
              <w:t>Perfil profesional / actividad actual</w:t>
            </w:r>
          </w:p>
        </w:tc>
        <w:tc>
          <w:tcPr>
            <w:tcW w:w="6197" w:type="dxa"/>
            <w:vAlign w:val="center"/>
          </w:tcPr>
          <w:p w:rsidR="00F44904" w:rsidRPr="00E96315" w:rsidRDefault="00F44904">
            <w:pPr>
              <w:rPr>
                <w:rFonts w:ascii="Verdana" w:hAnsi="Verdana"/>
                <w:szCs w:val="20"/>
                <w:lang w:val="es-CO"/>
              </w:rPr>
            </w:pPr>
          </w:p>
        </w:tc>
      </w:tr>
      <w:permEnd w:id="1096494257"/>
    </w:tbl>
    <w:p w:rsidR="00BD6B77" w:rsidRDefault="00BD6B77">
      <w:pPr>
        <w:spacing w:before="160" w:after="80"/>
        <w:rPr>
          <w:rFonts w:ascii="Verdana" w:hAnsi="Verdana"/>
          <w:b/>
          <w:szCs w:val="20"/>
          <w:lang w:val="es-CO"/>
        </w:rPr>
      </w:pPr>
    </w:p>
    <w:p w:rsidR="00E96315" w:rsidRPr="00E96315" w:rsidRDefault="00E96315">
      <w:pPr>
        <w:spacing w:before="160" w:after="80"/>
        <w:rPr>
          <w:rFonts w:ascii="Verdana" w:hAnsi="Verdana"/>
          <w:b/>
          <w:szCs w:val="20"/>
          <w:lang w:val="es-CO"/>
        </w:rPr>
      </w:pPr>
    </w:p>
    <w:p w:rsidR="00BD6B77" w:rsidRPr="00E96315" w:rsidRDefault="007E2833" w:rsidP="00BD6B77">
      <w:pPr>
        <w:spacing w:before="160" w:after="80"/>
        <w:rPr>
          <w:rFonts w:ascii="Verdana" w:hAnsi="Verdana"/>
          <w:szCs w:val="20"/>
          <w:lang w:val="es-CO"/>
        </w:rPr>
      </w:pPr>
      <w:r w:rsidRPr="00E96315">
        <w:rPr>
          <w:rFonts w:ascii="Verdana" w:hAnsi="Verdana"/>
          <w:b/>
          <w:szCs w:val="20"/>
          <w:lang w:val="es-CO"/>
        </w:rPr>
        <w:lastRenderedPageBreak/>
        <w:t xml:space="preserve">3. </w:t>
      </w:r>
      <w:r w:rsidR="00BD6B77" w:rsidRPr="00E96315">
        <w:rPr>
          <w:rFonts w:ascii="Verdana" w:hAnsi="Verdana"/>
          <w:b/>
          <w:szCs w:val="20"/>
          <w:lang w:val="es-CO"/>
        </w:rPr>
        <w:t>DESCRIPCIÓN DE LA TRAYECTORIA Y MÉRITOS</w:t>
      </w:r>
    </w:p>
    <w:p w:rsidR="00BD6B77" w:rsidRPr="00E96315" w:rsidRDefault="00BD6B77" w:rsidP="00633FD8">
      <w:pPr>
        <w:jc w:val="both"/>
        <w:rPr>
          <w:rFonts w:ascii="Verdana" w:hAnsi="Verdana"/>
          <w:szCs w:val="20"/>
          <w:lang w:val="es-CO"/>
        </w:rPr>
      </w:pPr>
      <w:r w:rsidRPr="00E96315">
        <w:rPr>
          <w:rFonts w:ascii="Verdana" w:hAnsi="Verdana"/>
          <w:b/>
          <w:szCs w:val="20"/>
          <w:lang w:val="es-CO"/>
        </w:rPr>
        <w:t>3.1 Logros profesionales</w:t>
      </w:r>
      <w:r w:rsidR="00633FD8" w:rsidRPr="00E96315">
        <w:rPr>
          <w:rFonts w:ascii="Verdana" w:hAnsi="Verdana"/>
          <w:b/>
          <w:szCs w:val="20"/>
          <w:lang w:val="es-CO"/>
        </w:rPr>
        <w:t xml:space="preserve">: </w:t>
      </w:r>
      <w:r w:rsidRPr="00E96315">
        <w:rPr>
          <w:rFonts w:ascii="Verdana" w:hAnsi="Verdana"/>
          <w:szCs w:val="20"/>
          <w:lang w:val="es-CO"/>
        </w:rPr>
        <w:t>Describa los principales logros profesionales del egresado, incluyendo cargos de liderazgo, proyectos significativos, distinciones, premios, reconocimientos u otros logros relevantes en su sector, ámbito profesional o ejercicio de su disciplina.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10106"/>
      </w:tblGrid>
      <w:tr w:rsidR="00BD6B77" w:rsidRPr="00E96315" w:rsidTr="00F7222F">
        <w:trPr>
          <w:trHeight w:val="3430"/>
        </w:trPr>
        <w:tc>
          <w:tcPr>
            <w:tcW w:w="10116" w:type="dxa"/>
            <w:vAlign w:val="center"/>
          </w:tcPr>
          <w:p w:rsidR="00BD6B77" w:rsidRPr="00E96315" w:rsidRDefault="00BD6B77" w:rsidP="002A2014">
            <w:pPr>
              <w:rPr>
                <w:rFonts w:ascii="Verdana" w:hAnsi="Verdana"/>
                <w:szCs w:val="20"/>
                <w:lang w:val="es-CO"/>
              </w:rPr>
            </w:pPr>
            <w:permStart w:id="1006241706" w:edGrp="everyone"/>
            <w:r w:rsidRPr="00E96315">
              <w:rPr>
                <w:rFonts w:ascii="Verdana" w:hAnsi="Verdana"/>
                <w:szCs w:val="20"/>
                <w:lang w:val="es-CO"/>
              </w:rPr>
              <w:br/>
            </w:r>
            <w:r w:rsidRPr="00E96315">
              <w:rPr>
                <w:rFonts w:ascii="Verdana" w:hAnsi="Verdana"/>
                <w:szCs w:val="20"/>
                <w:lang w:val="es-CO"/>
              </w:rPr>
              <w:br/>
            </w:r>
            <w:r w:rsidRPr="00E96315">
              <w:rPr>
                <w:rFonts w:ascii="Verdana" w:hAnsi="Verdana"/>
                <w:szCs w:val="20"/>
                <w:lang w:val="es-CO"/>
              </w:rPr>
              <w:br/>
            </w:r>
            <w:r w:rsidRPr="00E96315">
              <w:rPr>
                <w:rFonts w:ascii="Verdana" w:hAnsi="Verdana"/>
                <w:szCs w:val="20"/>
                <w:lang w:val="es-CO"/>
              </w:rPr>
              <w:br/>
            </w:r>
            <w:r w:rsidRPr="00E96315">
              <w:rPr>
                <w:rFonts w:ascii="Verdana" w:hAnsi="Verdana"/>
                <w:szCs w:val="20"/>
                <w:lang w:val="es-CO"/>
              </w:rPr>
              <w:br/>
            </w:r>
            <w:r w:rsidRPr="00E96315">
              <w:rPr>
                <w:rFonts w:ascii="Verdana" w:hAnsi="Verdana"/>
                <w:szCs w:val="20"/>
                <w:lang w:val="es-CO"/>
              </w:rPr>
              <w:br/>
            </w:r>
            <w:permEnd w:id="1006241706"/>
          </w:p>
        </w:tc>
      </w:tr>
    </w:tbl>
    <w:p w:rsidR="00633FD8" w:rsidRPr="00E96315" w:rsidRDefault="00633FD8" w:rsidP="00BD6B77">
      <w:pPr>
        <w:rPr>
          <w:rFonts w:ascii="Verdana" w:hAnsi="Verdana"/>
          <w:b/>
          <w:szCs w:val="20"/>
          <w:lang w:val="es-CO"/>
        </w:rPr>
      </w:pPr>
    </w:p>
    <w:p w:rsidR="00BD6B77" w:rsidRPr="00E96315" w:rsidRDefault="00BD6B77" w:rsidP="00633FD8">
      <w:pPr>
        <w:jc w:val="both"/>
        <w:rPr>
          <w:rFonts w:ascii="Verdana" w:hAnsi="Verdana"/>
          <w:szCs w:val="20"/>
          <w:lang w:val="es-CO"/>
        </w:rPr>
      </w:pPr>
      <w:r w:rsidRPr="00E96315">
        <w:rPr>
          <w:rFonts w:ascii="Verdana" w:hAnsi="Verdana"/>
          <w:b/>
          <w:szCs w:val="20"/>
          <w:lang w:val="es-CO"/>
        </w:rPr>
        <w:t>3.2 Impacto social y cultural</w:t>
      </w:r>
      <w:r w:rsidR="00633FD8" w:rsidRPr="00E96315">
        <w:rPr>
          <w:rFonts w:ascii="Verdana" w:hAnsi="Verdana"/>
          <w:b/>
          <w:szCs w:val="20"/>
          <w:lang w:val="es-CO"/>
        </w:rPr>
        <w:t xml:space="preserve">: </w:t>
      </w:r>
      <w:r w:rsidRPr="00E96315">
        <w:rPr>
          <w:rFonts w:ascii="Verdana" w:hAnsi="Verdana"/>
          <w:szCs w:val="20"/>
          <w:lang w:val="es-CO"/>
        </w:rPr>
        <w:t>Describa la influencia positiva del egresado en su comunidad y en la sociedad, así como sus aportes al desarrollo social, cultural, artístico y comunitario mediante la aplicación de los conocimientos, habilidades y valores adquiridos en su formación.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10106"/>
      </w:tblGrid>
      <w:tr w:rsidR="00BD6B77" w:rsidRPr="00E96315" w:rsidTr="00BD6B77">
        <w:trPr>
          <w:trHeight w:val="3871"/>
        </w:trPr>
        <w:tc>
          <w:tcPr>
            <w:tcW w:w="10116" w:type="dxa"/>
            <w:vAlign w:val="center"/>
          </w:tcPr>
          <w:p w:rsidR="00BD6B77" w:rsidRPr="00E96315" w:rsidRDefault="00BD6B77" w:rsidP="002A2014">
            <w:pPr>
              <w:rPr>
                <w:rFonts w:ascii="Verdana" w:hAnsi="Verdana"/>
                <w:szCs w:val="20"/>
                <w:lang w:val="es-CO"/>
              </w:rPr>
            </w:pPr>
            <w:permStart w:id="1402287693" w:edGrp="everyone"/>
            <w:r w:rsidRPr="00E96315">
              <w:rPr>
                <w:rFonts w:ascii="Verdana" w:hAnsi="Verdana"/>
                <w:szCs w:val="20"/>
                <w:lang w:val="es-CO"/>
              </w:rPr>
              <w:br/>
            </w:r>
            <w:r w:rsidRPr="00E96315">
              <w:rPr>
                <w:rFonts w:ascii="Verdana" w:hAnsi="Verdana"/>
                <w:szCs w:val="20"/>
                <w:lang w:val="es-CO"/>
              </w:rPr>
              <w:br/>
            </w:r>
            <w:r w:rsidRPr="00E96315">
              <w:rPr>
                <w:rFonts w:ascii="Verdana" w:hAnsi="Verdana"/>
                <w:szCs w:val="20"/>
                <w:lang w:val="es-CO"/>
              </w:rPr>
              <w:br/>
            </w:r>
            <w:r w:rsidRPr="00E96315">
              <w:rPr>
                <w:rFonts w:ascii="Verdana" w:hAnsi="Verdana"/>
                <w:szCs w:val="20"/>
                <w:lang w:val="es-CO"/>
              </w:rPr>
              <w:br/>
            </w:r>
            <w:r w:rsidRPr="00E96315">
              <w:rPr>
                <w:rFonts w:ascii="Verdana" w:hAnsi="Verdana"/>
                <w:szCs w:val="20"/>
                <w:lang w:val="es-CO"/>
              </w:rPr>
              <w:br/>
            </w:r>
            <w:r w:rsidRPr="00E96315">
              <w:rPr>
                <w:rFonts w:ascii="Verdana" w:hAnsi="Verdana"/>
                <w:szCs w:val="20"/>
                <w:lang w:val="es-CO"/>
              </w:rPr>
              <w:br/>
            </w:r>
            <w:permEnd w:id="1402287693"/>
          </w:p>
        </w:tc>
      </w:tr>
    </w:tbl>
    <w:p w:rsidR="00E96315" w:rsidRDefault="00E96315" w:rsidP="00BE60AD">
      <w:pPr>
        <w:spacing w:before="160" w:after="80"/>
        <w:rPr>
          <w:rFonts w:ascii="Verdana" w:hAnsi="Verdana"/>
          <w:b/>
          <w:szCs w:val="20"/>
          <w:lang w:val="es-CO"/>
        </w:rPr>
      </w:pPr>
    </w:p>
    <w:p w:rsidR="00E96315" w:rsidRDefault="00E96315" w:rsidP="00BE60AD">
      <w:pPr>
        <w:spacing w:before="160" w:after="80"/>
        <w:rPr>
          <w:rFonts w:ascii="Verdana" w:hAnsi="Verdana"/>
          <w:b/>
          <w:szCs w:val="20"/>
          <w:lang w:val="es-CO"/>
        </w:rPr>
      </w:pPr>
    </w:p>
    <w:p w:rsidR="00F44904" w:rsidRPr="00E96315" w:rsidRDefault="00BE60AD" w:rsidP="00BE60AD">
      <w:pPr>
        <w:spacing w:before="160" w:after="80"/>
        <w:rPr>
          <w:rFonts w:ascii="Verdana" w:hAnsi="Verdana"/>
          <w:szCs w:val="20"/>
          <w:lang w:val="es-CO"/>
        </w:rPr>
      </w:pPr>
      <w:r w:rsidRPr="00E96315">
        <w:rPr>
          <w:rFonts w:ascii="Verdana" w:hAnsi="Verdana"/>
          <w:b/>
          <w:szCs w:val="20"/>
          <w:lang w:val="es-CO"/>
        </w:rPr>
        <w:lastRenderedPageBreak/>
        <w:t xml:space="preserve">4. </w:t>
      </w:r>
      <w:r w:rsidR="007E2833" w:rsidRPr="00E96315">
        <w:rPr>
          <w:rFonts w:ascii="Verdana" w:hAnsi="Verdana"/>
          <w:b/>
          <w:szCs w:val="20"/>
          <w:lang w:val="es-CO"/>
        </w:rPr>
        <w:t>SOPORTES Y EVIDENCIAS</w:t>
      </w:r>
    </w:p>
    <w:p w:rsidR="00F44904" w:rsidRPr="00E96315" w:rsidRDefault="007E2833" w:rsidP="00BE60AD">
      <w:pPr>
        <w:jc w:val="both"/>
        <w:rPr>
          <w:rFonts w:ascii="Verdana" w:hAnsi="Verdana"/>
          <w:szCs w:val="20"/>
          <w:lang w:val="es-CO"/>
        </w:rPr>
      </w:pPr>
      <w:r w:rsidRPr="00E96315">
        <w:rPr>
          <w:rFonts w:ascii="Verdana" w:hAnsi="Verdana"/>
          <w:szCs w:val="20"/>
          <w:lang w:val="es-CO"/>
        </w:rPr>
        <w:t>Relacione los documentos o evidencias que acreditan la información suministrada. Los méritos invocados en la postulación deberán estar respaldados con documentos o evidencias verificables.</w:t>
      </w:r>
    </w:p>
    <w:tbl>
      <w:tblPr>
        <w:tblStyle w:val="Tablaconcuadrcula"/>
        <w:tblW w:w="0" w:type="auto"/>
        <w:tblInd w:w="250" w:type="dxa"/>
        <w:tblLook w:val="04A0" w:firstRow="1" w:lastRow="0" w:firstColumn="1" w:lastColumn="0" w:noHBand="0" w:noVBand="1"/>
      </w:tblPr>
      <w:tblGrid>
        <w:gridCol w:w="614"/>
        <w:gridCol w:w="3899"/>
        <w:gridCol w:w="5451"/>
      </w:tblGrid>
      <w:tr w:rsidR="00F44904" w:rsidRPr="00E96315" w:rsidTr="00BE60AD">
        <w:tc>
          <w:tcPr>
            <w:tcW w:w="614" w:type="dxa"/>
            <w:shd w:val="clear" w:color="auto" w:fill="F2DBDB" w:themeFill="accent2" w:themeFillTint="33"/>
            <w:vAlign w:val="center"/>
          </w:tcPr>
          <w:p w:rsidR="00F44904" w:rsidRPr="00E96315" w:rsidRDefault="007E2833">
            <w:pPr>
              <w:rPr>
                <w:rFonts w:ascii="Verdana" w:hAnsi="Verdana"/>
                <w:szCs w:val="20"/>
                <w:lang w:val="es-CO"/>
              </w:rPr>
            </w:pPr>
            <w:r w:rsidRPr="00E96315">
              <w:rPr>
                <w:rFonts w:ascii="Verdana" w:hAnsi="Verdana"/>
                <w:b/>
                <w:szCs w:val="20"/>
                <w:lang w:val="es-CO"/>
              </w:rPr>
              <w:t>N.º</w:t>
            </w:r>
          </w:p>
        </w:tc>
        <w:tc>
          <w:tcPr>
            <w:tcW w:w="3922" w:type="dxa"/>
            <w:shd w:val="clear" w:color="auto" w:fill="F2DBDB" w:themeFill="accent2" w:themeFillTint="33"/>
            <w:vAlign w:val="center"/>
          </w:tcPr>
          <w:p w:rsidR="00F44904" w:rsidRPr="00E96315" w:rsidRDefault="007E2833">
            <w:pPr>
              <w:rPr>
                <w:rFonts w:ascii="Verdana" w:hAnsi="Verdana"/>
                <w:szCs w:val="20"/>
                <w:lang w:val="es-CO"/>
              </w:rPr>
            </w:pPr>
            <w:r w:rsidRPr="00E96315">
              <w:rPr>
                <w:rFonts w:ascii="Verdana" w:hAnsi="Verdana"/>
                <w:b/>
                <w:szCs w:val="20"/>
                <w:lang w:val="es-CO"/>
              </w:rPr>
              <w:t>Tipo de soporte / evidencia</w:t>
            </w:r>
            <w:r w:rsidR="00BE60AD" w:rsidRPr="00E96315">
              <w:rPr>
                <w:rFonts w:ascii="Verdana" w:hAnsi="Verdana"/>
                <w:b/>
                <w:szCs w:val="20"/>
                <w:lang w:val="es-CO"/>
              </w:rPr>
              <w:t xml:space="preserve"> *</w:t>
            </w:r>
          </w:p>
        </w:tc>
        <w:tc>
          <w:tcPr>
            <w:tcW w:w="5485" w:type="dxa"/>
            <w:shd w:val="clear" w:color="auto" w:fill="F2DBDB" w:themeFill="accent2" w:themeFillTint="33"/>
            <w:vAlign w:val="center"/>
          </w:tcPr>
          <w:p w:rsidR="00F44904" w:rsidRPr="00E96315" w:rsidRDefault="007E2833">
            <w:pPr>
              <w:rPr>
                <w:rFonts w:ascii="Verdana" w:hAnsi="Verdana"/>
                <w:szCs w:val="20"/>
                <w:lang w:val="es-CO"/>
              </w:rPr>
            </w:pPr>
            <w:r w:rsidRPr="00E96315">
              <w:rPr>
                <w:rFonts w:ascii="Verdana" w:hAnsi="Verdana"/>
                <w:b/>
                <w:szCs w:val="20"/>
                <w:lang w:val="es-CO"/>
              </w:rPr>
              <w:t>Descripción o enlace</w:t>
            </w:r>
          </w:p>
        </w:tc>
      </w:tr>
      <w:tr w:rsidR="00F44904" w:rsidRPr="00E96315" w:rsidTr="00E96315">
        <w:trPr>
          <w:trHeight w:val="1258"/>
        </w:trPr>
        <w:tc>
          <w:tcPr>
            <w:tcW w:w="614" w:type="dxa"/>
            <w:vAlign w:val="center"/>
          </w:tcPr>
          <w:p w:rsidR="00F44904" w:rsidRPr="00E96315" w:rsidRDefault="007E2833">
            <w:pPr>
              <w:rPr>
                <w:rFonts w:ascii="Verdana" w:hAnsi="Verdana"/>
                <w:szCs w:val="20"/>
                <w:lang w:val="es-CO"/>
              </w:rPr>
            </w:pPr>
            <w:permStart w:id="517424219" w:edGrp="everyone" w:colFirst="1" w:colLast="1"/>
            <w:permStart w:id="2107791905" w:edGrp="everyone" w:colFirst="2" w:colLast="2"/>
            <w:r w:rsidRPr="00E96315">
              <w:rPr>
                <w:rFonts w:ascii="Verdana" w:hAnsi="Verdana"/>
                <w:szCs w:val="20"/>
                <w:lang w:val="es-CO"/>
              </w:rPr>
              <w:t>1</w:t>
            </w:r>
          </w:p>
        </w:tc>
        <w:tc>
          <w:tcPr>
            <w:tcW w:w="3922" w:type="dxa"/>
            <w:vAlign w:val="center"/>
          </w:tcPr>
          <w:p w:rsidR="00F44904" w:rsidRPr="00E96315" w:rsidRDefault="00F44904">
            <w:pPr>
              <w:rPr>
                <w:rFonts w:ascii="Verdana" w:hAnsi="Verdana"/>
                <w:szCs w:val="20"/>
                <w:lang w:val="es-CO"/>
              </w:rPr>
            </w:pPr>
          </w:p>
        </w:tc>
        <w:tc>
          <w:tcPr>
            <w:tcW w:w="5485" w:type="dxa"/>
            <w:vAlign w:val="center"/>
          </w:tcPr>
          <w:p w:rsidR="00F44904" w:rsidRPr="00E96315" w:rsidRDefault="00F44904">
            <w:pPr>
              <w:rPr>
                <w:rFonts w:ascii="Verdana" w:hAnsi="Verdana"/>
                <w:szCs w:val="20"/>
                <w:lang w:val="es-CO"/>
              </w:rPr>
            </w:pPr>
          </w:p>
        </w:tc>
      </w:tr>
      <w:tr w:rsidR="00F44904" w:rsidRPr="00E96315" w:rsidTr="00E96315">
        <w:trPr>
          <w:trHeight w:val="1248"/>
        </w:trPr>
        <w:tc>
          <w:tcPr>
            <w:tcW w:w="614" w:type="dxa"/>
            <w:vAlign w:val="center"/>
          </w:tcPr>
          <w:p w:rsidR="00F44904" w:rsidRPr="00E96315" w:rsidRDefault="007E2833">
            <w:pPr>
              <w:rPr>
                <w:rFonts w:ascii="Verdana" w:hAnsi="Verdana"/>
                <w:szCs w:val="20"/>
                <w:lang w:val="es-CO"/>
              </w:rPr>
            </w:pPr>
            <w:permStart w:id="1734609655" w:edGrp="everyone" w:colFirst="1" w:colLast="1"/>
            <w:permStart w:id="492909658" w:edGrp="everyone" w:colFirst="2" w:colLast="2"/>
            <w:permEnd w:id="517424219"/>
            <w:permEnd w:id="2107791905"/>
            <w:r w:rsidRPr="00E96315">
              <w:rPr>
                <w:rFonts w:ascii="Verdana" w:hAnsi="Verdana"/>
                <w:szCs w:val="20"/>
                <w:lang w:val="es-CO"/>
              </w:rPr>
              <w:t>2</w:t>
            </w:r>
          </w:p>
        </w:tc>
        <w:tc>
          <w:tcPr>
            <w:tcW w:w="3922" w:type="dxa"/>
            <w:vAlign w:val="center"/>
          </w:tcPr>
          <w:p w:rsidR="00F44904" w:rsidRPr="00E96315" w:rsidRDefault="00F44904">
            <w:pPr>
              <w:rPr>
                <w:rFonts w:ascii="Verdana" w:hAnsi="Verdana"/>
                <w:szCs w:val="20"/>
                <w:lang w:val="es-CO"/>
              </w:rPr>
            </w:pPr>
          </w:p>
        </w:tc>
        <w:tc>
          <w:tcPr>
            <w:tcW w:w="5485" w:type="dxa"/>
            <w:vAlign w:val="center"/>
          </w:tcPr>
          <w:p w:rsidR="00F44904" w:rsidRPr="00E96315" w:rsidRDefault="00F44904">
            <w:pPr>
              <w:rPr>
                <w:rFonts w:ascii="Verdana" w:hAnsi="Verdana"/>
                <w:szCs w:val="20"/>
                <w:lang w:val="es-CO"/>
              </w:rPr>
            </w:pPr>
          </w:p>
        </w:tc>
      </w:tr>
      <w:tr w:rsidR="00F44904" w:rsidRPr="00E96315" w:rsidTr="00E96315">
        <w:trPr>
          <w:trHeight w:val="1266"/>
        </w:trPr>
        <w:tc>
          <w:tcPr>
            <w:tcW w:w="614" w:type="dxa"/>
            <w:vAlign w:val="center"/>
          </w:tcPr>
          <w:p w:rsidR="00F44904" w:rsidRPr="00E96315" w:rsidRDefault="007E2833">
            <w:pPr>
              <w:rPr>
                <w:rFonts w:ascii="Verdana" w:hAnsi="Verdana"/>
                <w:szCs w:val="20"/>
                <w:lang w:val="es-CO"/>
              </w:rPr>
            </w:pPr>
            <w:permStart w:id="2077636974" w:edGrp="everyone" w:colFirst="1" w:colLast="1"/>
            <w:permStart w:id="56433848" w:edGrp="everyone" w:colFirst="2" w:colLast="2"/>
            <w:permEnd w:id="1734609655"/>
            <w:permEnd w:id="492909658"/>
            <w:r w:rsidRPr="00E96315">
              <w:rPr>
                <w:rFonts w:ascii="Verdana" w:hAnsi="Verdana"/>
                <w:szCs w:val="20"/>
                <w:lang w:val="es-CO"/>
              </w:rPr>
              <w:t>3</w:t>
            </w:r>
          </w:p>
        </w:tc>
        <w:tc>
          <w:tcPr>
            <w:tcW w:w="3922" w:type="dxa"/>
            <w:vAlign w:val="center"/>
          </w:tcPr>
          <w:p w:rsidR="00F44904" w:rsidRPr="00E96315" w:rsidRDefault="00F44904">
            <w:pPr>
              <w:rPr>
                <w:rFonts w:ascii="Verdana" w:hAnsi="Verdana"/>
                <w:szCs w:val="20"/>
                <w:lang w:val="es-CO"/>
              </w:rPr>
            </w:pPr>
          </w:p>
        </w:tc>
        <w:tc>
          <w:tcPr>
            <w:tcW w:w="5485" w:type="dxa"/>
            <w:vAlign w:val="center"/>
          </w:tcPr>
          <w:p w:rsidR="00F44904" w:rsidRPr="00E96315" w:rsidRDefault="00F44904">
            <w:pPr>
              <w:rPr>
                <w:rFonts w:ascii="Verdana" w:hAnsi="Verdana"/>
                <w:szCs w:val="20"/>
                <w:lang w:val="es-CO"/>
              </w:rPr>
            </w:pPr>
          </w:p>
        </w:tc>
      </w:tr>
      <w:tr w:rsidR="00F44904" w:rsidRPr="00E96315" w:rsidTr="00E96315">
        <w:trPr>
          <w:trHeight w:val="1270"/>
        </w:trPr>
        <w:tc>
          <w:tcPr>
            <w:tcW w:w="614" w:type="dxa"/>
            <w:vAlign w:val="center"/>
          </w:tcPr>
          <w:p w:rsidR="00F44904" w:rsidRPr="00E96315" w:rsidRDefault="007E2833">
            <w:pPr>
              <w:rPr>
                <w:rFonts w:ascii="Verdana" w:hAnsi="Verdana"/>
                <w:szCs w:val="20"/>
                <w:lang w:val="es-CO"/>
              </w:rPr>
            </w:pPr>
            <w:permStart w:id="493825897" w:edGrp="everyone" w:colFirst="1" w:colLast="1"/>
            <w:permStart w:id="946494808" w:edGrp="everyone" w:colFirst="2" w:colLast="2"/>
            <w:permEnd w:id="2077636974"/>
            <w:permEnd w:id="56433848"/>
            <w:r w:rsidRPr="00E96315">
              <w:rPr>
                <w:rFonts w:ascii="Verdana" w:hAnsi="Verdana"/>
                <w:szCs w:val="20"/>
                <w:lang w:val="es-CO"/>
              </w:rPr>
              <w:t>4</w:t>
            </w:r>
          </w:p>
        </w:tc>
        <w:tc>
          <w:tcPr>
            <w:tcW w:w="3922" w:type="dxa"/>
            <w:vAlign w:val="center"/>
          </w:tcPr>
          <w:p w:rsidR="00F44904" w:rsidRPr="00E96315" w:rsidRDefault="00F44904">
            <w:pPr>
              <w:rPr>
                <w:rFonts w:ascii="Verdana" w:hAnsi="Verdana"/>
                <w:szCs w:val="20"/>
                <w:lang w:val="es-CO"/>
              </w:rPr>
            </w:pPr>
          </w:p>
        </w:tc>
        <w:tc>
          <w:tcPr>
            <w:tcW w:w="5485" w:type="dxa"/>
            <w:vAlign w:val="center"/>
          </w:tcPr>
          <w:p w:rsidR="00F44904" w:rsidRPr="00E96315" w:rsidRDefault="00F44904">
            <w:pPr>
              <w:rPr>
                <w:rFonts w:ascii="Verdana" w:hAnsi="Verdana"/>
                <w:szCs w:val="20"/>
                <w:lang w:val="es-CO"/>
              </w:rPr>
            </w:pPr>
          </w:p>
        </w:tc>
      </w:tr>
      <w:tr w:rsidR="00F44904" w:rsidRPr="00E96315" w:rsidTr="00E96315">
        <w:trPr>
          <w:trHeight w:val="1274"/>
        </w:trPr>
        <w:tc>
          <w:tcPr>
            <w:tcW w:w="614" w:type="dxa"/>
            <w:vAlign w:val="center"/>
          </w:tcPr>
          <w:p w:rsidR="00F44904" w:rsidRPr="00E96315" w:rsidRDefault="007E2833">
            <w:pPr>
              <w:rPr>
                <w:rFonts w:ascii="Verdana" w:hAnsi="Verdana"/>
                <w:szCs w:val="20"/>
                <w:lang w:val="es-CO"/>
              </w:rPr>
            </w:pPr>
            <w:permStart w:id="2049866709" w:edGrp="everyone" w:colFirst="1" w:colLast="1"/>
            <w:permStart w:id="893786224" w:edGrp="everyone" w:colFirst="2" w:colLast="2"/>
            <w:permEnd w:id="493825897"/>
            <w:permEnd w:id="946494808"/>
            <w:r w:rsidRPr="00E96315">
              <w:rPr>
                <w:rFonts w:ascii="Verdana" w:hAnsi="Verdana"/>
                <w:szCs w:val="20"/>
                <w:lang w:val="es-CO"/>
              </w:rPr>
              <w:t>5</w:t>
            </w:r>
          </w:p>
        </w:tc>
        <w:tc>
          <w:tcPr>
            <w:tcW w:w="3922" w:type="dxa"/>
            <w:vAlign w:val="center"/>
          </w:tcPr>
          <w:p w:rsidR="00F44904" w:rsidRPr="00E96315" w:rsidRDefault="00F44904">
            <w:pPr>
              <w:rPr>
                <w:rFonts w:ascii="Verdana" w:hAnsi="Verdana"/>
                <w:szCs w:val="20"/>
                <w:lang w:val="es-CO"/>
              </w:rPr>
            </w:pPr>
          </w:p>
        </w:tc>
        <w:tc>
          <w:tcPr>
            <w:tcW w:w="5485" w:type="dxa"/>
            <w:vAlign w:val="center"/>
          </w:tcPr>
          <w:p w:rsidR="00F44904" w:rsidRPr="00E96315" w:rsidRDefault="00F44904">
            <w:pPr>
              <w:rPr>
                <w:rFonts w:ascii="Verdana" w:hAnsi="Verdana"/>
                <w:szCs w:val="20"/>
                <w:lang w:val="es-CO"/>
              </w:rPr>
            </w:pPr>
          </w:p>
        </w:tc>
      </w:tr>
    </w:tbl>
    <w:permEnd w:id="2049866709"/>
    <w:permEnd w:id="893786224"/>
    <w:p w:rsidR="00F44904" w:rsidRDefault="00BE60AD" w:rsidP="00BE60AD">
      <w:pPr>
        <w:jc w:val="both"/>
        <w:rPr>
          <w:rFonts w:ascii="Verdana" w:hAnsi="Verdana"/>
          <w:szCs w:val="20"/>
          <w:lang w:val="es-CO"/>
        </w:rPr>
      </w:pPr>
      <w:r w:rsidRPr="00E96315">
        <w:rPr>
          <w:rFonts w:ascii="Verdana" w:hAnsi="Verdana"/>
          <w:szCs w:val="20"/>
          <w:lang w:val="es-CO"/>
        </w:rPr>
        <w:t xml:space="preserve">* </w:t>
      </w:r>
      <w:r w:rsidR="007E2833" w:rsidRPr="00E96315">
        <w:rPr>
          <w:rFonts w:ascii="Verdana" w:hAnsi="Verdana"/>
          <w:szCs w:val="20"/>
          <w:lang w:val="es-CO"/>
        </w:rPr>
        <w:t>Ejemplos de soportes: certificaciones, constancias, reconocimientos, premios, publicaciones, noticias o notas de prensa, portafolios, material audiovisual, enlaces a proyectos, sitios web institucionales, registros fotográficos u otros soportes idóneos.</w:t>
      </w:r>
    </w:p>
    <w:p w:rsidR="00E96315" w:rsidRDefault="00E96315" w:rsidP="00BE60AD">
      <w:pPr>
        <w:jc w:val="both"/>
        <w:rPr>
          <w:rFonts w:ascii="Verdana" w:hAnsi="Verdana"/>
          <w:szCs w:val="20"/>
          <w:lang w:val="es-CO"/>
        </w:rPr>
      </w:pPr>
    </w:p>
    <w:p w:rsidR="00E96315" w:rsidRDefault="00E96315" w:rsidP="00BE60AD">
      <w:pPr>
        <w:jc w:val="both"/>
        <w:rPr>
          <w:rFonts w:ascii="Verdana" w:hAnsi="Verdana"/>
          <w:szCs w:val="20"/>
          <w:lang w:val="es-CO"/>
        </w:rPr>
      </w:pPr>
    </w:p>
    <w:p w:rsidR="00E96315" w:rsidRDefault="00E96315" w:rsidP="00BE60AD">
      <w:pPr>
        <w:jc w:val="both"/>
        <w:rPr>
          <w:rFonts w:ascii="Verdana" w:hAnsi="Verdana"/>
          <w:szCs w:val="20"/>
          <w:lang w:val="es-CO"/>
        </w:rPr>
      </w:pPr>
    </w:p>
    <w:p w:rsidR="00E96315" w:rsidRDefault="00E96315" w:rsidP="00BE60AD">
      <w:pPr>
        <w:jc w:val="both"/>
        <w:rPr>
          <w:rFonts w:ascii="Verdana" w:hAnsi="Verdana"/>
          <w:szCs w:val="20"/>
          <w:lang w:val="es-CO"/>
        </w:rPr>
      </w:pPr>
    </w:p>
    <w:p w:rsidR="00E96315" w:rsidRPr="00E96315" w:rsidRDefault="00E96315" w:rsidP="00BE60AD">
      <w:pPr>
        <w:jc w:val="both"/>
        <w:rPr>
          <w:rFonts w:ascii="Verdana" w:hAnsi="Verdana"/>
          <w:szCs w:val="20"/>
          <w:lang w:val="es-CO"/>
        </w:rPr>
      </w:pPr>
    </w:p>
    <w:p w:rsidR="00BE60AD" w:rsidRPr="00E96315" w:rsidRDefault="00BE60AD" w:rsidP="00BE60AD">
      <w:pPr>
        <w:spacing w:before="160" w:after="80"/>
        <w:rPr>
          <w:rFonts w:ascii="Verdana" w:hAnsi="Verdana"/>
          <w:szCs w:val="20"/>
          <w:lang w:val="es-CO"/>
        </w:rPr>
      </w:pPr>
      <w:r w:rsidRPr="00E96315">
        <w:rPr>
          <w:rFonts w:ascii="Verdana" w:hAnsi="Verdana"/>
          <w:b/>
          <w:szCs w:val="20"/>
          <w:lang w:val="es-CO"/>
        </w:rPr>
        <w:lastRenderedPageBreak/>
        <w:t>5</w:t>
      </w:r>
      <w:r w:rsidR="007E2833" w:rsidRPr="00E96315">
        <w:rPr>
          <w:rFonts w:ascii="Verdana" w:hAnsi="Verdana"/>
          <w:b/>
          <w:szCs w:val="20"/>
          <w:lang w:val="es-CO"/>
        </w:rPr>
        <w:t xml:space="preserve">. </w:t>
      </w:r>
      <w:r w:rsidRPr="00E96315">
        <w:rPr>
          <w:rFonts w:ascii="Verdana" w:hAnsi="Verdana"/>
          <w:b/>
          <w:szCs w:val="20"/>
          <w:lang w:val="es-CO"/>
        </w:rPr>
        <w:t xml:space="preserve">DATOS DE QUIEN REALIZA LA POSTULACIÓN </w:t>
      </w:r>
      <w:r w:rsidRPr="00E96315">
        <w:rPr>
          <w:rFonts w:ascii="Verdana" w:hAnsi="Verdana"/>
          <w:szCs w:val="20"/>
          <w:lang w:val="es-CO"/>
        </w:rPr>
        <w:t>(Si es autopostulación, omita esta información)</w:t>
      </w:r>
    </w:p>
    <w:tbl>
      <w:tblPr>
        <w:tblStyle w:val="Tablaconcuadrcula"/>
        <w:tblW w:w="0" w:type="auto"/>
        <w:tblInd w:w="250" w:type="dxa"/>
        <w:tblLook w:val="04A0" w:firstRow="1" w:lastRow="0" w:firstColumn="1" w:lastColumn="0" w:noHBand="0" w:noVBand="1"/>
      </w:tblPr>
      <w:tblGrid>
        <w:gridCol w:w="3683"/>
        <w:gridCol w:w="6281"/>
      </w:tblGrid>
      <w:tr w:rsidR="00BE60AD" w:rsidRPr="00E96315" w:rsidTr="00B96B8A">
        <w:trPr>
          <w:trHeight w:val="415"/>
        </w:trPr>
        <w:tc>
          <w:tcPr>
            <w:tcW w:w="3686" w:type="dxa"/>
            <w:shd w:val="clear" w:color="auto" w:fill="F2DBDB" w:themeFill="accent2" w:themeFillTint="33"/>
            <w:vAlign w:val="center"/>
          </w:tcPr>
          <w:p w:rsidR="00BE60AD" w:rsidRPr="00E96315" w:rsidRDefault="00BE60AD" w:rsidP="002A2014">
            <w:pPr>
              <w:rPr>
                <w:rFonts w:ascii="Verdana" w:hAnsi="Verdana"/>
                <w:szCs w:val="20"/>
                <w:lang w:val="es-CO"/>
              </w:rPr>
            </w:pPr>
            <w:permStart w:id="1992297118" w:edGrp="everyone" w:colFirst="1" w:colLast="1"/>
            <w:r w:rsidRPr="00E96315">
              <w:rPr>
                <w:rFonts w:ascii="Verdana" w:hAnsi="Verdana"/>
                <w:b/>
                <w:szCs w:val="20"/>
                <w:lang w:val="es-CO"/>
              </w:rPr>
              <w:t>Nombres y apellidos</w:t>
            </w:r>
          </w:p>
        </w:tc>
        <w:tc>
          <w:tcPr>
            <w:tcW w:w="6288" w:type="dxa"/>
            <w:vAlign w:val="center"/>
          </w:tcPr>
          <w:p w:rsidR="00BE60AD" w:rsidRPr="00E96315" w:rsidRDefault="00BE60AD" w:rsidP="002A2014">
            <w:pPr>
              <w:rPr>
                <w:rFonts w:ascii="Verdana" w:hAnsi="Verdana"/>
                <w:szCs w:val="20"/>
                <w:lang w:val="es-CO"/>
              </w:rPr>
            </w:pPr>
          </w:p>
        </w:tc>
      </w:tr>
      <w:tr w:rsidR="00BE60AD" w:rsidRPr="00E96315" w:rsidTr="00B96B8A">
        <w:trPr>
          <w:trHeight w:val="422"/>
        </w:trPr>
        <w:tc>
          <w:tcPr>
            <w:tcW w:w="3686" w:type="dxa"/>
            <w:shd w:val="clear" w:color="auto" w:fill="F2DBDB" w:themeFill="accent2" w:themeFillTint="33"/>
            <w:vAlign w:val="center"/>
          </w:tcPr>
          <w:p w:rsidR="00BE60AD" w:rsidRPr="00E96315" w:rsidRDefault="00BE60AD" w:rsidP="002A2014">
            <w:pPr>
              <w:rPr>
                <w:rFonts w:ascii="Verdana" w:hAnsi="Verdana"/>
                <w:szCs w:val="20"/>
                <w:lang w:val="es-CO"/>
              </w:rPr>
            </w:pPr>
            <w:permStart w:id="1902996096" w:edGrp="everyone" w:colFirst="1" w:colLast="1"/>
            <w:permEnd w:id="1992297118"/>
            <w:r w:rsidRPr="00E96315">
              <w:rPr>
                <w:rFonts w:ascii="Verdana" w:hAnsi="Verdana"/>
                <w:b/>
                <w:szCs w:val="20"/>
                <w:lang w:val="es-CO"/>
              </w:rPr>
              <w:t>Tipo y número de documento</w:t>
            </w:r>
          </w:p>
        </w:tc>
        <w:tc>
          <w:tcPr>
            <w:tcW w:w="6288" w:type="dxa"/>
            <w:vAlign w:val="center"/>
          </w:tcPr>
          <w:p w:rsidR="00BE60AD" w:rsidRPr="00E96315" w:rsidRDefault="00BE60AD" w:rsidP="002A2014">
            <w:pPr>
              <w:rPr>
                <w:rFonts w:ascii="Verdana" w:hAnsi="Verdana"/>
                <w:szCs w:val="20"/>
                <w:lang w:val="es-CO"/>
              </w:rPr>
            </w:pPr>
          </w:p>
        </w:tc>
      </w:tr>
      <w:tr w:rsidR="00BE60AD" w:rsidRPr="00E96315" w:rsidTr="00B96B8A">
        <w:trPr>
          <w:trHeight w:val="400"/>
        </w:trPr>
        <w:tc>
          <w:tcPr>
            <w:tcW w:w="3686" w:type="dxa"/>
            <w:shd w:val="clear" w:color="auto" w:fill="F2DBDB" w:themeFill="accent2" w:themeFillTint="33"/>
            <w:vAlign w:val="center"/>
          </w:tcPr>
          <w:p w:rsidR="00BE60AD" w:rsidRPr="00E96315" w:rsidRDefault="00BE60AD" w:rsidP="002A2014">
            <w:pPr>
              <w:rPr>
                <w:rFonts w:ascii="Verdana" w:hAnsi="Verdana"/>
                <w:szCs w:val="20"/>
                <w:lang w:val="es-CO"/>
              </w:rPr>
            </w:pPr>
            <w:permStart w:id="1664168054" w:edGrp="everyone" w:colFirst="1" w:colLast="1"/>
            <w:permEnd w:id="1902996096"/>
            <w:r w:rsidRPr="00E96315">
              <w:rPr>
                <w:rFonts w:ascii="Verdana" w:hAnsi="Verdana"/>
                <w:b/>
                <w:szCs w:val="20"/>
                <w:lang w:val="es-CO"/>
              </w:rPr>
              <w:t>Programa académico del cual es egresado</w:t>
            </w:r>
          </w:p>
        </w:tc>
        <w:tc>
          <w:tcPr>
            <w:tcW w:w="6288" w:type="dxa"/>
            <w:vAlign w:val="center"/>
          </w:tcPr>
          <w:p w:rsidR="00BE60AD" w:rsidRPr="00E96315" w:rsidRDefault="00BE60AD" w:rsidP="002A2014">
            <w:pPr>
              <w:rPr>
                <w:rFonts w:ascii="Verdana" w:hAnsi="Verdana"/>
                <w:szCs w:val="20"/>
                <w:lang w:val="es-CO"/>
              </w:rPr>
            </w:pPr>
          </w:p>
        </w:tc>
      </w:tr>
      <w:tr w:rsidR="00BE60AD" w:rsidRPr="00E96315" w:rsidTr="00B96B8A">
        <w:trPr>
          <w:trHeight w:val="336"/>
        </w:trPr>
        <w:tc>
          <w:tcPr>
            <w:tcW w:w="3686" w:type="dxa"/>
            <w:shd w:val="clear" w:color="auto" w:fill="F2DBDB" w:themeFill="accent2" w:themeFillTint="33"/>
            <w:vAlign w:val="center"/>
          </w:tcPr>
          <w:p w:rsidR="00BE60AD" w:rsidRPr="00E96315" w:rsidRDefault="00BE60AD" w:rsidP="002A2014">
            <w:pPr>
              <w:rPr>
                <w:rFonts w:ascii="Verdana" w:hAnsi="Verdana"/>
                <w:szCs w:val="20"/>
                <w:lang w:val="es-CO"/>
              </w:rPr>
            </w:pPr>
            <w:permStart w:id="132196491" w:edGrp="everyone" w:colFirst="1" w:colLast="1"/>
            <w:permEnd w:id="1664168054"/>
            <w:r w:rsidRPr="00E96315">
              <w:rPr>
                <w:rFonts w:ascii="Verdana" w:hAnsi="Verdana"/>
                <w:b/>
                <w:szCs w:val="20"/>
                <w:lang w:val="es-CO"/>
              </w:rPr>
              <w:t>Correo electrónico</w:t>
            </w:r>
          </w:p>
        </w:tc>
        <w:tc>
          <w:tcPr>
            <w:tcW w:w="6288" w:type="dxa"/>
            <w:vAlign w:val="center"/>
          </w:tcPr>
          <w:p w:rsidR="00BE60AD" w:rsidRPr="00E96315" w:rsidRDefault="00BE60AD" w:rsidP="002A2014">
            <w:pPr>
              <w:rPr>
                <w:rFonts w:ascii="Verdana" w:hAnsi="Verdana"/>
                <w:szCs w:val="20"/>
                <w:lang w:val="es-CO"/>
              </w:rPr>
            </w:pPr>
          </w:p>
        </w:tc>
      </w:tr>
      <w:tr w:rsidR="00BE60AD" w:rsidRPr="00E96315" w:rsidTr="00B96B8A">
        <w:trPr>
          <w:trHeight w:val="269"/>
        </w:trPr>
        <w:tc>
          <w:tcPr>
            <w:tcW w:w="3686" w:type="dxa"/>
            <w:shd w:val="clear" w:color="auto" w:fill="F2DBDB" w:themeFill="accent2" w:themeFillTint="33"/>
            <w:vAlign w:val="center"/>
          </w:tcPr>
          <w:p w:rsidR="00BE60AD" w:rsidRPr="00E96315" w:rsidRDefault="00BE60AD" w:rsidP="002A2014">
            <w:pPr>
              <w:rPr>
                <w:rFonts w:ascii="Verdana" w:hAnsi="Verdana"/>
                <w:szCs w:val="20"/>
                <w:lang w:val="es-CO"/>
              </w:rPr>
            </w:pPr>
            <w:permStart w:id="827027744" w:edGrp="everyone" w:colFirst="1" w:colLast="1"/>
            <w:permEnd w:id="132196491"/>
            <w:r w:rsidRPr="00E96315">
              <w:rPr>
                <w:rFonts w:ascii="Verdana" w:hAnsi="Verdana"/>
                <w:b/>
                <w:szCs w:val="20"/>
                <w:lang w:val="es-CO"/>
              </w:rPr>
              <w:t>Teléfono / celular</w:t>
            </w:r>
          </w:p>
        </w:tc>
        <w:tc>
          <w:tcPr>
            <w:tcW w:w="6288" w:type="dxa"/>
            <w:vAlign w:val="center"/>
          </w:tcPr>
          <w:p w:rsidR="00BE60AD" w:rsidRPr="00E96315" w:rsidRDefault="00BE60AD" w:rsidP="002A2014">
            <w:pPr>
              <w:rPr>
                <w:rFonts w:ascii="Verdana" w:hAnsi="Verdana"/>
                <w:szCs w:val="20"/>
                <w:lang w:val="es-CO"/>
              </w:rPr>
            </w:pPr>
          </w:p>
        </w:tc>
      </w:tr>
      <w:tr w:rsidR="00BE60AD" w:rsidRPr="00E96315" w:rsidTr="00B96B8A">
        <w:trPr>
          <w:trHeight w:val="274"/>
        </w:trPr>
        <w:tc>
          <w:tcPr>
            <w:tcW w:w="3686" w:type="dxa"/>
            <w:shd w:val="clear" w:color="auto" w:fill="F2DBDB" w:themeFill="accent2" w:themeFillTint="33"/>
            <w:vAlign w:val="center"/>
          </w:tcPr>
          <w:p w:rsidR="00BE60AD" w:rsidRPr="00E96315" w:rsidRDefault="00BE60AD" w:rsidP="002A2014">
            <w:pPr>
              <w:rPr>
                <w:rFonts w:ascii="Verdana" w:hAnsi="Verdana"/>
                <w:szCs w:val="20"/>
                <w:lang w:val="es-CO"/>
              </w:rPr>
            </w:pPr>
            <w:permStart w:id="509234468" w:edGrp="everyone" w:colFirst="1" w:colLast="1"/>
            <w:permEnd w:id="827027744"/>
            <w:r w:rsidRPr="00E96315">
              <w:rPr>
                <w:rFonts w:ascii="Verdana" w:hAnsi="Verdana"/>
                <w:b/>
                <w:szCs w:val="20"/>
                <w:lang w:val="es-CO"/>
              </w:rPr>
              <w:t>Relación con el egresado postulado</w:t>
            </w:r>
          </w:p>
        </w:tc>
        <w:tc>
          <w:tcPr>
            <w:tcW w:w="6288" w:type="dxa"/>
            <w:vAlign w:val="center"/>
          </w:tcPr>
          <w:p w:rsidR="00BE60AD" w:rsidRPr="00E96315" w:rsidRDefault="00BE60AD" w:rsidP="002A2014">
            <w:pPr>
              <w:rPr>
                <w:rFonts w:ascii="Verdana" w:hAnsi="Verdana"/>
                <w:szCs w:val="20"/>
                <w:lang w:val="es-CO"/>
              </w:rPr>
            </w:pPr>
          </w:p>
        </w:tc>
      </w:tr>
    </w:tbl>
    <w:permEnd w:id="509234468"/>
    <w:p w:rsidR="00F44904" w:rsidRPr="00E96315" w:rsidRDefault="00BE60AD">
      <w:pPr>
        <w:spacing w:before="160" w:after="80"/>
        <w:rPr>
          <w:rFonts w:ascii="Verdana" w:hAnsi="Verdana"/>
          <w:szCs w:val="20"/>
          <w:lang w:val="es-CO"/>
        </w:rPr>
      </w:pPr>
      <w:r w:rsidRPr="00E96315">
        <w:rPr>
          <w:rFonts w:ascii="Verdana" w:hAnsi="Verdana"/>
          <w:b/>
          <w:szCs w:val="20"/>
          <w:lang w:val="es-CO"/>
        </w:rPr>
        <w:t xml:space="preserve">6. </w:t>
      </w:r>
      <w:r w:rsidR="007E2833" w:rsidRPr="00E96315">
        <w:rPr>
          <w:rFonts w:ascii="Verdana" w:hAnsi="Verdana"/>
          <w:b/>
          <w:szCs w:val="20"/>
          <w:lang w:val="es-CO"/>
        </w:rPr>
        <w:t>DECLARACIÓN</w:t>
      </w:r>
    </w:p>
    <w:p w:rsidR="00F44904" w:rsidRPr="00E96315" w:rsidRDefault="007E2833" w:rsidP="00BE60AD">
      <w:pPr>
        <w:jc w:val="both"/>
        <w:rPr>
          <w:rFonts w:ascii="Verdana" w:hAnsi="Verdana"/>
          <w:szCs w:val="20"/>
          <w:lang w:val="es-CO"/>
        </w:rPr>
      </w:pPr>
      <w:r w:rsidRPr="00E96315">
        <w:rPr>
          <w:rFonts w:ascii="Verdana" w:hAnsi="Verdana"/>
          <w:szCs w:val="20"/>
          <w:lang w:val="es-CO"/>
        </w:rPr>
        <w:t>Declaro que la información suministrada en este formato es veraz y que los documentos y evidencias aportados corresponden al egresado postulado y permiten verificar los méritos relacionados en esta postulación. Asimismo, manifiesto conocer que las postulaciones serán objeto de verificación de los requisitos formales y de la condición de egresado, de conformidad con el Acuerdo Académico N.º 026 de 2026.</w:t>
      </w:r>
    </w:p>
    <w:p w:rsidR="00C556EB" w:rsidRPr="00E96315" w:rsidRDefault="00C556EB" w:rsidP="00BE60AD">
      <w:pPr>
        <w:jc w:val="both"/>
        <w:rPr>
          <w:rFonts w:ascii="Verdana" w:hAnsi="Verdana"/>
          <w:szCs w:val="20"/>
          <w:lang w:val="es-CO"/>
        </w:rPr>
      </w:pPr>
      <w:r w:rsidRPr="00E96315">
        <w:rPr>
          <w:rFonts w:ascii="Verdana" w:hAnsi="Verdana"/>
          <w:szCs w:val="20"/>
          <w:lang w:val="es-CO"/>
        </w:rPr>
        <w:t xml:space="preserve">Se firma en </w:t>
      </w:r>
      <w:permStart w:id="2022312119" w:edGrp="everyone"/>
      <w:r w:rsidR="00E96315" w:rsidRPr="00E96315">
        <w:rPr>
          <w:rFonts w:ascii="Verdana" w:hAnsi="Verdana"/>
          <w:szCs w:val="20"/>
          <w:lang w:val="es-CO"/>
        </w:rPr>
        <w:t>_________</w:t>
      </w:r>
      <w:r w:rsidRPr="00E96315">
        <w:rPr>
          <w:rFonts w:ascii="Verdana" w:hAnsi="Verdana"/>
          <w:szCs w:val="20"/>
          <w:lang w:val="es-CO"/>
        </w:rPr>
        <w:t>_______</w:t>
      </w:r>
      <w:permEnd w:id="2022312119"/>
      <w:r w:rsidRPr="00E96315">
        <w:rPr>
          <w:rFonts w:ascii="Verdana" w:hAnsi="Verdana"/>
          <w:szCs w:val="20"/>
          <w:lang w:val="es-CO"/>
        </w:rPr>
        <w:t xml:space="preserve"> a los </w:t>
      </w:r>
      <w:permStart w:id="1859135649" w:edGrp="everyone"/>
      <w:r w:rsidRPr="00E96315">
        <w:rPr>
          <w:rFonts w:ascii="Verdana" w:hAnsi="Verdana"/>
          <w:szCs w:val="20"/>
          <w:lang w:val="es-CO"/>
        </w:rPr>
        <w:t>_______</w:t>
      </w:r>
      <w:permEnd w:id="1859135649"/>
      <w:r w:rsidRPr="00E96315">
        <w:rPr>
          <w:rFonts w:ascii="Verdana" w:hAnsi="Verdana"/>
          <w:szCs w:val="20"/>
          <w:lang w:val="es-CO"/>
        </w:rPr>
        <w:t xml:space="preserve"> días del mes de </w:t>
      </w:r>
      <w:permStart w:id="1245145880" w:edGrp="everyone"/>
      <w:r w:rsidRPr="00E96315">
        <w:rPr>
          <w:rFonts w:ascii="Verdana" w:hAnsi="Verdana"/>
          <w:szCs w:val="20"/>
          <w:lang w:val="es-CO"/>
        </w:rPr>
        <w:t xml:space="preserve">______________ </w:t>
      </w:r>
      <w:permEnd w:id="1245145880"/>
      <w:r w:rsidRPr="00E96315">
        <w:rPr>
          <w:rFonts w:ascii="Verdana" w:hAnsi="Verdana"/>
          <w:szCs w:val="20"/>
          <w:lang w:val="es-CO"/>
        </w:rPr>
        <w:t>de 2026.</w:t>
      </w:r>
    </w:p>
    <w:p w:rsidR="00E96315" w:rsidRPr="00E96315" w:rsidRDefault="00E96315" w:rsidP="00E96315">
      <w:pPr>
        <w:spacing w:before="160" w:after="80"/>
        <w:jc w:val="center"/>
        <w:rPr>
          <w:rFonts w:ascii="Verdana" w:hAnsi="Verdana"/>
          <w:szCs w:val="20"/>
          <w:lang w:val="es-CO"/>
        </w:rPr>
      </w:pPr>
    </w:p>
    <w:p w:rsidR="00E96315" w:rsidRPr="00E96315" w:rsidRDefault="00E96315" w:rsidP="00E96315">
      <w:pPr>
        <w:spacing w:before="160" w:after="80"/>
        <w:jc w:val="center"/>
        <w:rPr>
          <w:rFonts w:ascii="Verdana" w:hAnsi="Verdana"/>
          <w:szCs w:val="20"/>
          <w:lang w:val="es-CO"/>
        </w:rPr>
      </w:pPr>
      <w:r w:rsidRPr="00E96315">
        <w:rPr>
          <w:rFonts w:ascii="Verdana" w:hAnsi="Verdana"/>
          <w:szCs w:val="20"/>
          <w:lang w:val="es-CO"/>
        </w:rPr>
        <w:t>FIRMA: ________________________________</w:t>
      </w:r>
    </w:p>
    <w:p w:rsidR="00E96315" w:rsidRPr="00E96315" w:rsidRDefault="00E96315" w:rsidP="00E96315">
      <w:pPr>
        <w:spacing w:before="160" w:after="80"/>
        <w:jc w:val="center"/>
        <w:rPr>
          <w:rFonts w:ascii="Verdana" w:hAnsi="Verdana"/>
          <w:szCs w:val="20"/>
          <w:lang w:val="es-CO"/>
        </w:rPr>
      </w:pPr>
      <w:r w:rsidRPr="00E96315">
        <w:rPr>
          <w:rFonts w:ascii="Verdana" w:hAnsi="Verdana"/>
          <w:szCs w:val="20"/>
          <w:lang w:val="es-CO"/>
        </w:rPr>
        <w:t xml:space="preserve">C.C.: </w:t>
      </w:r>
      <w:permStart w:id="1805079303" w:edGrp="everyone"/>
      <w:r w:rsidRPr="00E96315">
        <w:rPr>
          <w:rFonts w:ascii="Verdana" w:hAnsi="Verdana"/>
          <w:szCs w:val="20"/>
          <w:lang w:val="es-CO"/>
        </w:rPr>
        <w:t>___________________</w:t>
      </w:r>
      <w:permEnd w:id="1805079303"/>
    </w:p>
    <w:p w:rsidR="00C556EB" w:rsidRPr="00E96315" w:rsidRDefault="00915A1A" w:rsidP="00B96B8A">
      <w:pPr>
        <w:spacing w:before="160" w:after="80"/>
        <w:jc w:val="center"/>
        <w:rPr>
          <w:rFonts w:ascii="Verdana" w:hAnsi="Verdana"/>
          <w:b/>
          <w:szCs w:val="20"/>
          <w:lang w:val="es-CO"/>
        </w:rPr>
      </w:pPr>
      <w:r>
        <w:rPr>
          <w:rFonts w:ascii="Verdana" w:hAnsi="Verdana"/>
          <w:b/>
          <w:noProof/>
          <w:szCs w:val="20"/>
          <w:lang w:val="es-CO"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112395</wp:posOffset>
                </wp:positionH>
                <wp:positionV relativeFrom="paragraph">
                  <wp:posOffset>80010</wp:posOffset>
                </wp:positionV>
                <wp:extent cx="6362700" cy="66675"/>
                <wp:effectExtent l="57150" t="38100" r="76200" b="104775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2700" cy="666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4F4784" id="Rectángulo 2" o:spid="_x0000_s1026" style="position:absolute;margin-left:8.85pt;margin-top:6.3pt;width:501pt;height: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" fillcolor="gray [1616]" strokecolor="#bfbfbf [2412]">
                <v:fill color2="#d9d9d9 [496]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</w:p>
    <w:tbl>
      <w:tblPr>
        <w:tblStyle w:val="Tablaconcuadrcula"/>
        <w:tblW w:w="0" w:type="auto"/>
        <w:tblInd w:w="250" w:type="dxa"/>
        <w:tblLook w:val="04A0" w:firstRow="1" w:lastRow="0" w:firstColumn="1" w:lastColumn="0" w:noHBand="0" w:noVBand="1"/>
      </w:tblPr>
      <w:tblGrid>
        <w:gridCol w:w="3683"/>
        <w:gridCol w:w="6281"/>
      </w:tblGrid>
      <w:tr w:rsidR="00C556EB" w:rsidRPr="00E96315" w:rsidTr="00915A1A">
        <w:trPr>
          <w:trHeight w:val="418"/>
        </w:trPr>
        <w:tc>
          <w:tcPr>
            <w:tcW w:w="9974" w:type="dxa"/>
            <w:gridSpan w:val="2"/>
            <w:shd w:val="clear" w:color="auto" w:fill="BFBFBF" w:themeFill="background1" w:themeFillShade="BF"/>
            <w:vAlign w:val="center"/>
          </w:tcPr>
          <w:p w:rsidR="00C556EB" w:rsidRPr="00E96315" w:rsidRDefault="00915A1A" w:rsidP="00915A1A">
            <w:pPr>
              <w:spacing w:before="160" w:after="80"/>
              <w:jc w:val="center"/>
              <w:rPr>
                <w:rFonts w:ascii="Verdana" w:hAnsi="Verdana"/>
                <w:b/>
                <w:szCs w:val="20"/>
                <w:lang w:val="es-CO"/>
              </w:rPr>
            </w:pPr>
            <w:r w:rsidRPr="00E96315">
              <w:rPr>
                <w:rFonts w:ascii="Verdana" w:hAnsi="Verdana"/>
                <w:b/>
                <w:szCs w:val="20"/>
                <w:lang w:val="es-CO"/>
              </w:rPr>
              <w:t>USO INSTITUCIONAL – NO DILIGENCIAR POR EL POSTULANTE</w:t>
            </w:r>
          </w:p>
        </w:tc>
      </w:tr>
      <w:tr w:rsidR="00915A1A" w:rsidRPr="00E96315" w:rsidTr="00915A1A">
        <w:trPr>
          <w:trHeight w:val="418"/>
        </w:trPr>
        <w:tc>
          <w:tcPr>
            <w:tcW w:w="9974" w:type="dxa"/>
            <w:gridSpan w:val="2"/>
            <w:shd w:val="clear" w:color="auto" w:fill="F2F2F2" w:themeFill="background1" w:themeFillShade="F2"/>
            <w:vAlign w:val="center"/>
          </w:tcPr>
          <w:p w:rsidR="00915A1A" w:rsidRPr="00E96315" w:rsidRDefault="00915A1A" w:rsidP="00C556EB">
            <w:pPr>
              <w:jc w:val="center"/>
              <w:rPr>
                <w:rFonts w:ascii="Verdana" w:hAnsi="Verdana"/>
                <w:b/>
                <w:szCs w:val="20"/>
                <w:lang w:val="es-CO"/>
              </w:rPr>
            </w:pPr>
            <w:r w:rsidRPr="00E96315">
              <w:rPr>
                <w:rFonts w:ascii="Verdana" w:hAnsi="Verdana"/>
                <w:b/>
                <w:szCs w:val="20"/>
                <w:lang w:val="es-CO"/>
              </w:rPr>
              <w:t>Comisión evaluadora</w:t>
            </w:r>
          </w:p>
        </w:tc>
      </w:tr>
      <w:tr w:rsidR="00C556EB" w:rsidRPr="00E96315" w:rsidTr="00915A1A">
        <w:trPr>
          <w:trHeight w:val="352"/>
        </w:trPr>
        <w:tc>
          <w:tcPr>
            <w:tcW w:w="3686" w:type="dxa"/>
            <w:shd w:val="clear" w:color="auto" w:fill="F2F2F2" w:themeFill="background1" w:themeFillShade="F2"/>
            <w:vAlign w:val="center"/>
          </w:tcPr>
          <w:p w:rsidR="00C556EB" w:rsidRPr="00E96315" w:rsidRDefault="00C556EB">
            <w:pPr>
              <w:rPr>
                <w:rFonts w:ascii="Verdana" w:hAnsi="Verdana"/>
                <w:b/>
                <w:szCs w:val="20"/>
                <w:lang w:val="es-CO"/>
              </w:rPr>
            </w:pPr>
            <w:r w:rsidRPr="00E96315">
              <w:rPr>
                <w:rFonts w:ascii="Verdana" w:hAnsi="Verdana"/>
                <w:b/>
                <w:szCs w:val="20"/>
                <w:lang w:val="es-CO"/>
              </w:rPr>
              <w:t>Fecha de recepción</w:t>
            </w:r>
          </w:p>
        </w:tc>
        <w:tc>
          <w:tcPr>
            <w:tcW w:w="6288" w:type="dxa"/>
            <w:vAlign w:val="center"/>
          </w:tcPr>
          <w:p w:rsidR="00C556EB" w:rsidRPr="00E96315" w:rsidRDefault="00C556EB">
            <w:pPr>
              <w:rPr>
                <w:rFonts w:ascii="Verdana" w:hAnsi="Verdana"/>
                <w:szCs w:val="20"/>
                <w:lang w:val="es-CO"/>
              </w:rPr>
            </w:pPr>
          </w:p>
        </w:tc>
      </w:tr>
      <w:tr w:rsidR="00F44904" w:rsidRPr="00E96315" w:rsidTr="00915A1A">
        <w:tc>
          <w:tcPr>
            <w:tcW w:w="3686" w:type="dxa"/>
            <w:shd w:val="clear" w:color="auto" w:fill="F2F2F2" w:themeFill="background1" w:themeFillShade="F2"/>
            <w:vAlign w:val="center"/>
          </w:tcPr>
          <w:p w:rsidR="00F44904" w:rsidRPr="00E96315" w:rsidRDefault="007E2833">
            <w:pPr>
              <w:rPr>
                <w:rFonts w:ascii="Verdana" w:hAnsi="Verdana"/>
                <w:szCs w:val="20"/>
                <w:lang w:val="es-CO"/>
              </w:rPr>
            </w:pPr>
            <w:r w:rsidRPr="00E96315">
              <w:rPr>
                <w:rFonts w:ascii="Verdana" w:hAnsi="Verdana"/>
                <w:b/>
                <w:szCs w:val="20"/>
                <w:lang w:val="es-CO"/>
              </w:rPr>
              <w:t>Verificación de re</w:t>
            </w:r>
            <w:bookmarkStart w:id="0" w:name="_GoBack"/>
            <w:bookmarkEnd w:id="0"/>
            <w:r w:rsidRPr="00E96315">
              <w:rPr>
                <w:rFonts w:ascii="Verdana" w:hAnsi="Verdana"/>
                <w:b/>
                <w:szCs w:val="20"/>
                <w:lang w:val="es-CO"/>
              </w:rPr>
              <w:t>quisitos formales</w:t>
            </w:r>
          </w:p>
        </w:tc>
        <w:tc>
          <w:tcPr>
            <w:tcW w:w="6288" w:type="dxa"/>
            <w:vAlign w:val="center"/>
          </w:tcPr>
          <w:p w:rsidR="00C556EB" w:rsidRPr="00E96315" w:rsidRDefault="00CD6325">
            <w:pPr>
              <w:rPr>
                <w:rFonts w:ascii="Verdana" w:hAnsi="Verdana"/>
                <w:szCs w:val="20"/>
                <w:lang w:val="es-CO"/>
              </w:rPr>
            </w:pPr>
            <w:sdt>
              <w:sdtPr>
                <w:rPr>
                  <w:rFonts w:ascii="Verdana" w:hAnsi="Verdana"/>
                  <w:szCs w:val="20"/>
                  <w:lang w:val="es-CO"/>
                </w:rPr>
                <w:id w:val="-1858734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6EB" w:rsidRPr="00E96315">
                  <w:rPr>
                    <w:rFonts w:ascii="MS Gothic" w:eastAsia="MS Gothic" w:hAnsi="MS Gothic" w:hint="eastAsia"/>
                    <w:szCs w:val="20"/>
                    <w:lang w:val="es-CO"/>
                  </w:rPr>
                  <w:t>☐</w:t>
                </w:r>
              </w:sdtContent>
            </w:sdt>
            <w:r w:rsidR="00C556EB" w:rsidRPr="00E96315">
              <w:rPr>
                <w:rFonts w:ascii="Verdana" w:hAnsi="Verdana"/>
                <w:szCs w:val="20"/>
                <w:lang w:val="es-CO"/>
              </w:rPr>
              <w:t xml:space="preserve"> Hoja de vida</w:t>
            </w:r>
          </w:p>
          <w:p w:rsidR="00C556EB" w:rsidRPr="00E96315" w:rsidRDefault="00CD6325">
            <w:pPr>
              <w:rPr>
                <w:rFonts w:ascii="Verdana" w:hAnsi="Verdana"/>
                <w:szCs w:val="20"/>
                <w:lang w:val="es-CO"/>
              </w:rPr>
            </w:pPr>
            <w:sdt>
              <w:sdtPr>
                <w:rPr>
                  <w:rFonts w:ascii="Verdana" w:hAnsi="Verdana"/>
                  <w:szCs w:val="20"/>
                  <w:lang w:val="es-CO"/>
                </w:rPr>
                <w:id w:val="932017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6EB" w:rsidRPr="00E96315">
                  <w:rPr>
                    <w:rFonts w:ascii="MS Gothic" w:eastAsia="MS Gothic" w:hAnsi="MS Gothic" w:hint="eastAsia"/>
                    <w:szCs w:val="20"/>
                    <w:lang w:val="es-CO"/>
                  </w:rPr>
                  <w:t>☐</w:t>
                </w:r>
              </w:sdtContent>
            </w:sdt>
            <w:r w:rsidR="00C556EB" w:rsidRPr="00E96315">
              <w:rPr>
                <w:rFonts w:ascii="Verdana" w:hAnsi="Verdana"/>
                <w:szCs w:val="20"/>
                <w:lang w:val="es-CO"/>
              </w:rPr>
              <w:t xml:space="preserve"> Evidencias y soportes</w:t>
            </w:r>
          </w:p>
        </w:tc>
      </w:tr>
      <w:tr w:rsidR="00F44904" w:rsidRPr="00E96315" w:rsidTr="00915A1A">
        <w:trPr>
          <w:trHeight w:val="1546"/>
        </w:trPr>
        <w:tc>
          <w:tcPr>
            <w:tcW w:w="3686" w:type="dxa"/>
            <w:shd w:val="clear" w:color="auto" w:fill="F2F2F2" w:themeFill="background1" w:themeFillShade="F2"/>
            <w:vAlign w:val="center"/>
          </w:tcPr>
          <w:p w:rsidR="00F44904" w:rsidRPr="00E96315" w:rsidRDefault="007E2833">
            <w:pPr>
              <w:rPr>
                <w:rFonts w:ascii="Verdana" w:hAnsi="Verdana"/>
                <w:szCs w:val="20"/>
                <w:lang w:val="es-CO"/>
              </w:rPr>
            </w:pPr>
            <w:r w:rsidRPr="00E96315">
              <w:rPr>
                <w:rFonts w:ascii="Verdana" w:hAnsi="Verdana"/>
                <w:b/>
                <w:szCs w:val="20"/>
                <w:lang w:val="es-CO"/>
              </w:rPr>
              <w:t>Verificación de condición de egresado</w:t>
            </w:r>
          </w:p>
        </w:tc>
        <w:tc>
          <w:tcPr>
            <w:tcW w:w="6288" w:type="dxa"/>
            <w:vAlign w:val="center"/>
          </w:tcPr>
          <w:p w:rsidR="00F44904" w:rsidRPr="00E96315" w:rsidRDefault="00CD6325">
            <w:pPr>
              <w:rPr>
                <w:rFonts w:ascii="Verdana" w:hAnsi="Verdana"/>
                <w:szCs w:val="20"/>
                <w:lang w:val="es-CO"/>
              </w:rPr>
            </w:pPr>
            <w:sdt>
              <w:sdtPr>
                <w:rPr>
                  <w:rFonts w:ascii="Verdana" w:hAnsi="Verdana"/>
                  <w:szCs w:val="20"/>
                  <w:lang w:val="es-CO"/>
                </w:rPr>
                <w:id w:val="-1773700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6EB" w:rsidRPr="00E96315">
                  <w:rPr>
                    <w:rFonts w:ascii="MS Gothic" w:eastAsia="MS Gothic" w:hAnsi="MS Gothic" w:hint="eastAsia"/>
                    <w:szCs w:val="20"/>
                    <w:lang w:val="es-CO"/>
                  </w:rPr>
                  <w:t>☐</w:t>
                </w:r>
              </w:sdtContent>
            </w:sdt>
            <w:r w:rsidR="007E2833" w:rsidRPr="00E96315">
              <w:rPr>
                <w:rFonts w:ascii="Verdana" w:hAnsi="Verdana"/>
                <w:szCs w:val="20"/>
                <w:lang w:val="es-CO"/>
              </w:rPr>
              <w:t xml:space="preserve"> Cumple   </w:t>
            </w:r>
            <w:sdt>
              <w:sdtPr>
                <w:rPr>
                  <w:rFonts w:ascii="Verdana" w:hAnsi="Verdana"/>
                  <w:szCs w:val="20"/>
                  <w:lang w:val="es-CO"/>
                </w:rPr>
                <w:id w:val="1055201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6EB" w:rsidRPr="00E96315">
                  <w:rPr>
                    <w:rFonts w:ascii="MS Gothic" w:eastAsia="MS Gothic" w:hAnsi="MS Gothic" w:hint="eastAsia"/>
                    <w:szCs w:val="20"/>
                    <w:lang w:val="es-CO"/>
                  </w:rPr>
                  <w:t>☐</w:t>
                </w:r>
              </w:sdtContent>
            </w:sdt>
            <w:r w:rsidR="007E2833" w:rsidRPr="00E96315">
              <w:rPr>
                <w:rFonts w:ascii="Verdana" w:hAnsi="Verdana"/>
                <w:szCs w:val="20"/>
                <w:lang w:val="es-CO"/>
              </w:rPr>
              <w:t xml:space="preserve"> No cumple</w:t>
            </w:r>
          </w:p>
          <w:p w:rsidR="00CE2269" w:rsidRPr="00E96315" w:rsidRDefault="00CE2269">
            <w:pPr>
              <w:rPr>
                <w:rFonts w:ascii="Verdana" w:hAnsi="Verdana"/>
                <w:szCs w:val="20"/>
                <w:lang w:val="es-CO"/>
              </w:rPr>
            </w:pPr>
            <w:r w:rsidRPr="00E96315">
              <w:rPr>
                <w:rFonts w:ascii="Verdana" w:hAnsi="Verdana"/>
                <w:szCs w:val="20"/>
                <w:lang w:val="es-CO"/>
              </w:rPr>
              <w:t xml:space="preserve">Observaciones: </w:t>
            </w:r>
          </w:p>
          <w:p w:rsidR="00CE2269" w:rsidRPr="00E96315" w:rsidRDefault="00CE2269">
            <w:pPr>
              <w:rPr>
                <w:rFonts w:ascii="Verdana" w:hAnsi="Verdana"/>
                <w:szCs w:val="20"/>
                <w:lang w:val="es-CO"/>
              </w:rPr>
            </w:pPr>
          </w:p>
          <w:p w:rsidR="00CE2269" w:rsidRPr="00E96315" w:rsidRDefault="00CE2269">
            <w:pPr>
              <w:rPr>
                <w:rFonts w:ascii="Verdana" w:hAnsi="Verdana"/>
                <w:szCs w:val="20"/>
                <w:lang w:val="es-CO"/>
              </w:rPr>
            </w:pPr>
          </w:p>
          <w:p w:rsidR="00CE2269" w:rsidRPr="00E96315" w:rsidRDefault="00CE2269">
            <w:pPr>
              <w:rPr>
                <w:rFonts w:ascii="Verdana" w:hAnsi="Verdana"/>
                <w:szCs w:val="20"/>
                <w:lang w:val="es-CO"/>
              </w:rPr>
            </w:pPr>
          </w:p>
        </w:tc>
      </w:tr>
      <w:tr w:rsidR="00F44904" w:rsidRPr="00E96315" w:rsidTr="00915A1A">
        <w:trPr>
          <w:trHeight w:val="235"/>
        </w:trPr>
        <w:tc>
          <w:tcPr>
            <w:tcW w:w="3686" w:type="dxa"/>
            <w:shd w:val="clear" w:color="auto" w:fill="F2F2F2" w:themeFill="background1" w:themeFillShade="F2"/>
            <w:vAlign w:val="center"/>
          </w:tcPr>
          <w:p w:rsidR="00F44904" w:rsidRPr="00E96315" w:rsidRDefault="007E2833">
            <w:pPr>
              <w:rPr>
                <w:rFonts w:ascii="Verdana" w:hAnsi="Verdana"/>
                <w:szCs w:val="20"/>
                <w:lang w:val="es-CO"/>
              </w:rPr>
            </w:pPr>
            <w:r w:rsidRPr="00E96315">
              <w:rPr>
                <w:rFonts w:ascii="Verdana" w:hAnsi="Verdana"/>
                <w:b/>
                <w:szCs w:val="20"/>
                <w:lang w:val="es-CO"/>
              </w:rPr>
              <w:t>Resultado de la verificación</w:t>
            </w:r>
          </w:p>
        </w:tc>
        <w:tc>
          <w:tcPr>
            <w:tcW w:w="6288" w:type="dxa"/>
            <w:vAlign w:val="center"/>
          </w:tcPr>
          <w:p w:rsidR="00F44904" w:rsidRPr="00E96315" w:rsidRDefault="00CD6325">
            <w:pPr>
              <w:rPr>
                <w:rFonts w:ascii="Verdana" w:hAnsi="Verdana"/>
                <w:szCs w:val="20"/>
                <w:lang w:val="es-CO"/>
              </w:rPr>
            </w:pPr>
            <w:sdt>
              <w:sdtPr>
                <w:rPr>
                  <w:rFonts w:ascii="Verdana" w:hAnsi="Verdana"/>
                  <w:szCs w:val="20"/>
                  <w:lang w:val="es-CO"/>
                </w:rPr>
                <w:id w:val="-526023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3FD8" w:rsidRPr="00E96315">
                  <w:rPr>
                    <w:rFonts w:ascii="MS Gothic" w:eastAsia="MS Gothic" w:hAnsi="MS Gothic" w:hint="eastAsia"/>
                    <w:szCs w:val="20"/>
                    <w:lang w:val="es-CO"/>
                  </w:rPr>
                  <w:t>☐</w:t>
                </w:r>
              </w:sdtContent>
            </w:sdt>
            <w:r w:rsidR="007E2833" w:rsidRPr="00E96315">
              <w:rPr>
                <w:rFonts w:ascii="Verdana" w:hAnsi="Verdana"/>
                <w:szCs w:val="20"/>
                <w:lang w:val="es-CO"/>
              </w:rPr>
              <w:t xml:space="preserve"> Postulación válida   </w:t>
            </w:r>
            <w:sdt>
              <w:sdtPr>
                <w:rPr>
                  <w:rFonts w:ascii="Verdana" w:hAnsi="Verdana"/>
                  <w:szCs w:val="20"/>
                  <w:lang w:val="es-CO"/>
                </w:rPr>
                <w:id w:val="-1421860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6EB" w:rsidRPr="00E96315">
                  <w:rPr>
                    <w:rFonts w:ascii="MS Gothic" w:eastAsia="MS Gothic" w:hAnsi="MS Gothic" w:hint="eastAsia"/>
                    <w:szCs w:val="20"/>
                    <w:lang w:val="es-CO"/>
                  </w:rPr>
                  <w:t>☐</w:t>
                </w:r>
              </w:sdtContent>
            </w:sdt>
            <w:r w:rsidR="007E2833" w:rsidRPr="00E96315">
              <w:rPr>
                <w:rFonts w:ascii="Verdana" w:hAnsi="Verdana"/>
                <w:szCs w:val="20"/>
                <w:lang w:val="es-CO"/>
              </w:rPr>
              <w:t xml:space="preserve"> Postulaci</w:t>
            </w:r>
            <w:r w:rsidR="007E2833" w:rsidRPr="00E96315">
              <w:rPr>
                <w:rFonts w:ascii="Verdana" w:hAnsi="Verdana" w:cs="Verdana"/>
                <w:szCs w:val="20"/>
                <w:lang w:val="es-CO"/>
              </w:rPr>
              <w:t>ó</w:t>
            </w:r>
            <w:r w:rsidR="007E2833" w:rsidRPr="00E96315">
              <w:rPr>
                <w:rFonts w:ascii="Verdana" w:hAnsi="Verdana"/>
                <w:szCs w:val="20"/>
                <w:lang w:val="es-CO"/>
              </w:rPr>
              <w:t>n rechazada</w:t>
            </w:r>
          </w:p>
        </w:tc>
      </w:tr>
    </w:tbl>
    <w:p w:rsidR="00F44904" w:rsidRPr="00E96315" w:rsidRDefault="00F44904" w:rsidP="00633FD8">
      <w:pPr>
        <w:rPr>
          <w:rFonts w:ascii="Verdana" w:hAnsi="Verdana"/>
          <w:szCs w:val="20"/>
          <w:lang w:val="es-CO"/>
        </w:rPr>
      </w:pPr>
    </w:p>
    <w:sectPr w:rsidR="00F44904" w:rsidRPr="00E96315" w:rsidSect="00034616">
      <w:headerReference w:type="default" r:id="rId8"/>
      <w:footerReference w:type="default" r:id="rId9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6325" w:rsidRDefault="00CD6325" w:rsidP="00675983">
      <w:pPr>
        <w:spacing w:after="0" w:line="240" w:lineRule="auto"/>
      </w:pPr>
      <w:r>
        <w:separator/>
      </w:r>
    </w:p>
  </w:endnote>
  <w:endnote w:type="continuationSeparator" w:id="0">
    <w:p w:rsidR="00CD6325" w:rsidRDefault="00CD6325" w:rsidP="00675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D29" w:rsidRDefault="00F97D29" w:rsidP="00F97D29">
    <w:pPr>
      <w:pStyle w:val="Piedepgina"/>
      <w:jc w:val="right"/>
    </w:pPr>
    <w:r>
      <w:rPr>
        <w:noProof/>
        <w:lang w:val="es-CO" w:eastAsia="es-CO"/>
      </w:rPr>
      <w:drawing>
        <wp:inline distT="0" distB="0" distL="0" distR="0" wp14:anchorId="39772D34" wp14:editId="2C0DEC33">
          <wp:extent cx="2292096" cy="890016"/>
          <wp:effectExtent l="0" t="0" r="0" b="5715"/>
          <wp:docPr id="6" name="Imagen 6" descr="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Interfaz de usuario gráfic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2096" cy="8900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6325" w:rsidRDefault="00CD6325" w:rsidP="00675983">
      <w:pPr>
        <w:spacing w:after="0" w:line="240" w:lineRule="auto"/>
      </w:pPr>
      <w:r>
        <w:separator/>
      </w:r>
    </w:p>
  </w:footnote>
  <w:footnote w:type="continuationSeparator" w:id="0">
    <w:p w:rsidR="00CD6325" w:rsidRDefault="00CD6325" w:rsidP="006759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983" w:rsidRDefault="00675983" w:rsidP="00675983">
    <w:pPr>
      <w:pStyle w:val="Encabezado"/>
      <w:jc w:val="center"/>
    </w:pPr>
    <w:r>
      <w:rPr>
        <w:noProof/>
        <w:lang w:val="es-CO" w:eastAsia="es-CO"/>
      </w:rPr>
      <w:drawing>
        <wp:inline distT="0" distB="0" distL="0" distR="0" wp14:anchorId="71358FF3" wp14:editId="2EE049ED">
          <wp:extent cx="915893" cy="1028700"/>
          <wp:effectExtent l="0" t="0" r="0" b="0"/>
          <wp:docPr id="1921793499" name="Imagen 1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1793499" name="Imagen 1" descr="Logotipo, nombre de la empres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0327" cy="1033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7222F" w:rsidRDefault="00F7222F" w:rsidP="00675983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i2UMv6DycNog1vzEqLO1hwcKhKcdKJ36cYKaDssYMSbNPQ/O3taRCV96KW5hNjclRZqH3LDOuraUD03J/JnuCA==" w:salt="2ZQn636L4CmtrKdvCiO2pg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14576"/>
    <w:rsid w:val="00034616"/>
    <w:rsid w:val="0006063C"/>
    <w:rsid w:val="0015074B"/>
    <w:rsid w:val="001D1EB7"/>
    <w:rsid w:val="0029639D"/>
    <w:rsid w:val="00326F90"/>
    <w:rsid w:val="00582E82"/>
    <w:rsid w:val="00633FD8"/>
    <w:rsid w:val="00650D69"/>
    <w:rsid w:val="00675983"/>
    <w:rsid w:val="007E2833"/>
    <w:rsid w:val="00915A1A"/>
    <w:rsid w:val="00A376A5"/>
    <w:rsid w:val="00AA1D8D"/>
    <w:rsid w:val="00B47730"/>
    <w:rsid w:val="00B96B8A"/>
    <w:rsid w:val="00BD6B77"/>
    <w:rsid w:val="00BE60AD"/>
    <w:rsid w:val="00C556EB"/>
    <w:rsid w:val="00C76BE8"/>
    <w:rsid w:val="00CB0664"/>
    <w:rsid w:val="00CD6325"/>
    <w:rsid w:val="00CE2269"/>
    <w:rsid w:val="00D22C2E"/>
    <w:rsid w:val="00DF0DD3"/>
    <w:rsid w:val="00E96315"/>
    <w:rsid w:val="00F44904"/>
    <w:rsid w:val="00F7222F"/>
    <w:rsid w:val="00F97D2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CEB15F"/>
  <w14:defaultImageDpi w14:val="330"/>
  <w15:docId w15:val="{930D67B0-9A46-4CFF-BA70-1A597C0AC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B96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6B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52FFE6C-20A4-41A0-9A46-58B70D727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474</Words>
  <Characters>2611</Characters>
  <Application>Microsoft Office Word</Application>
  <DocSecurity>8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3079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Sub-Académica Keyla Otero V</cp:lastModifiedBy>
  <cp:revision>8</cp:revision>
  <cp:lastPrinted>2026-08-13T16:55:00Z</cp:lastPrinted>
  <dcterms:created xsi:type="dcterms:W3CDTF">2026-08-13T14:21:00Z</dcterms:created>
  <dcterms:modified xsi:type="dcterms:W3CDTF">2026-08-13T20:02:00Z</dcterms:modified>
  <cp:category/>
</cp:coreProperties>
</file>